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sz w:val="18"/>
        </w:rPr>
        <w:t>БЛОГ ЗА ПАРИ  |  blogzapari.com</w:t>
      </w:r>
    </w:p>
    <w:p>
      <w:pPr>
        <w:jc w:val="center"/>
      </w:pPr>
      <w:r>
        <w:rPr>
          <w:b/>
          <w:sz w:val="28"/>
        </w:rPr>
        <w:t>ЗАПОВЕДИ НА РАБОТОДАТЕЛЯ: ОТПУСК, ПРЕКРАТЯВАНЕ, КОМАНДИРОВКА</w:t>
      </w:r>
    </w:p>
    <w:p/>
    <w:p>
      <w:r>
        <w:rPr>
          <w:i/>
        </w:rPr>
        <w:t>[Наименование на работодателя]</w:t>
      </w:r>
      <w:r>
        <w:t xml:space="preserve">, ЕИК </w:t>
      </w:r>
      <w:r>
        <w:rPr>
          <w:i/>
        </w:rPr>
        <w:t>[номер]</w:t>
      </w:r>
      <w:r>
        <w:t xml:space="preserve">, гр. </w:t>
      </w:r>
      <w:r>
        <w:rPr>
          <w:i/>
        </w:rPr>
        <w:t>[населено място]</w:t>
      </w:r>
      <w:r>
        <w:t xml:space="preserve">, </w:t>
      </w:r>
      <w:r>
        <w:rPr>
          <w:i/>
        </w:rPr>
        <w:t>[адрес]</w:t>
      </w:r>
    </w:p>
    <w:p/>
    <w:p>
      <w:r>
        <w:rPr>
          <w:b/>
          <w:sz w:val="23"/>
        </w:rPr>
        <w:t>ЗАПОВЕД № [номер] / [дата] ЗА ПЛАТЕН ГОДИШЕН ОТПУСК</w:t>
      </w:r>
    </w:p>
    <w:p>
      <w:r>
        <w:t xml:space="preserve">На основание чл. 173, ал. 1 във връзка с чл. 155, ал. 4 от Кодекса на труда и подадена молба с вх. № </w:t>
      </w:r>
      <w:r>
        <w:rPr>
          <w:i/>
        </w:rPr>
        <w:t>[номер]</w:t>
      </w:r>
      <w:r>
        <w:t xml:space="preserve"> от </w:t>
      </w:r>
      <w:r>
        <w:rPr>
          <w:i/>
        </w:rPr>
        <w:t>[дата]</w:t>
      </w:r>
      <w:r>
        <w:t xml:space="preserve"> </w:t>
      </w:r>
      <w:r>
        <w:rPr>
          <w:i/>
        </w:rPr>
        <w:t>[при едностранно предоставяне: на основание чл. 173, ал. 4 от Кодекса на труда]</w:t>
      </w:r>
    </w:p>
    <w:p>
      <w:r>
        <w:t xml:space="preserve">РАЗРЕШАВАМ на </w:t>
      </w:r>
      <w:r>
        <w:rPr>
          <w:i/>
        </w:rPr>
        <w:t>[три имена]</w:t>
      </w:r>
      <w:r>
        <w:t xml:space="preserve">, ЕГН </w:t>
      </w:r>
      <w:r>
        <w:rPr>
          <w:i/>
        </w:rPr>
        <w:t>[номер]</w:t>
      </w:r>
      <w:r>
        <w:t xml:space="preserve">, на длъжност </w:t>
      </w:r>
      <w:r>
        <w:rPr>
          <w:i/>
        </w:rPr>
        <w:t>[длъжност]</w:t>
      </w:r>
      <w:r>
        <w:t xml:space="preserve"> в </w:t>
      </w:r>
      <w:r>
        <w:rPr>
          <w:i/>
        </w:rPr>
        <w:t>[отдел / звено]</w:t>
      </w:r>
      <w:r>
        <w:t xml:space="preserve">, да ползва </w:t>
      </w:r>
      <w:r>
        <w:rPr>
          <w:i/>
        </w:rPr>
        <w:t>[брой]</w:t>
      </w:r>
      <w:r>
        <w:t xml:space="preserve"> работни дни платен годишен отпуск за </w:t>
      </w:r>
      <w:r>
        <w:rPr>
          <w:i/>
        </w:rPr>
        <w:t>[година]</w:t>
      </w:r>
      <w:r>
        <w:t xml:space="preserve"> г., считано от </w:t>
      </w:r>
      <w:r>
        <w:rPr>
          <w:i/>
        </w:rPr>
        <w:t>[дата]</w:t>
      </w:r>
      <w:r>
        <w:t xml:space="preserve"> до </w:t>
      </w:r>
      <w:r>
        <w:rPr>
          <w:i/>
        </w:rPr>
        <w:t>[дата]</w:t>
      </w:r>
      <w:r>
        <w:t xml:space="preserve"> включително. Работникът / служителят следва да се яви на работа на </w:t>
      </w:r>
      <w:r>
        <w:rPr>
          <w:i/>
        </w:rPr>
        <w:t>[дата]</w:t>
      </w:r>
      <w:r>
        <w:t>.</w:t>
      </w:r>
    </w:p>
    <w:p>
      <w:r>
        <w:t xml:space="preserve">Остатък от полагащия се платен годишен отпуск за </w:t>
      </w:r>
      <w:r>
        <w:rPr>
          <w:i/>
        </w:rPr>
        <w:t>[година]</w:t>
      </w:r>
      <w:r>
        <w:t xml:space="preserve"> г. след ползването: </w:t>
      </w:r>
      <w:r>
        <w:rPr>
          <w:i/>
        </w:rPr>
        <w:t>[брой]</w:t>
      </w:r>
      <w:r>
        <w:t xml:space="preserve"> работни дни. </w:t>
      </w:r>
      <w:r>
        <w:rPr>
          <w:i/>
        </w:rPr>
        <w:t>[По желание: За периода на отпуска задълженията на служителя се изпълняват от [три имена, длъжност]</w:t>
      </w:r>
      <w:r>
        <w:t>.]</w:t>
      </w:r>
    </w:p>
    <w:p>
      <w:r>
        <w:t>Възнаграждението за времето на отпуска се изплаща по реда на чл. 177 от Кодекса на труда.</w:t>
      </w:r>
    </w:p>
    <w:p>
      <w:r>
        <w:t xml:space="preserve">Препис от заповедта да се връчи на служителя и да се предаде на </w:t>
      </w:r>
      <w:r>
        <w:rPr>
          <w:i/>
        </w:rPr>
        <w:t>[личен състав / ТРЗ]</w:t>
      </w:r>
      <w:r>
        <w:t>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</w:tcPr>
          <w:p>
            <w:r>
              <w:t>РАБОТОДАТЕЛ (име, длъжност, подпис):</w:t>
            </w:r>
          </w:p>
        </w:tc>
        <w:tc>
          <w:tcPr>
            <w:tcW w:type="dxa" w:w="4703"/>
          </w:tcPr>
          <w:p>
            <w:r>
              <w:t>ЗАПОЗНАТ: служител (дата, подпис):</w:t>
            </w:r>
          </w:p>
        </w:tc>
      </w:tr>
      <w:tr>
        <w:tc>
          <w:tcPr>
            <w:tcW w:type="dxa" w:w="4703"/>
          </w:tcPr>
          <w:p>
            <w:r>
              <w:br/>
              <w:br/>
              <w:t>____________________</w:t>
              <w:br/>
              <w:t>(подпис)</w:t>
            </w:r>
          </w:p>
        </w:tc>
        <w:tc>
          <w:tcPr>
            <w:tcW w:type="dxa" w:w="4703"/>
          </w:tcPr>
          <w:p>
            <w:r>
              <w:br/>
              <w:br/>
              <w:t>____________________</w:t>
              <w:br/>
              <w:t>(подпис)</w:t>
            </w:r>
          </w:p>
        </w:tc>
      </w:tr>
    </w:tbl>
    <w:p>
      <w:r>
        <w:br w:type="page"/>
      </w:r>
    </w:p>
    <w:p>
      <w:pPr>
        <w:jc w:val="center"/>
      </w:pPr>
      <w:r>
        <w:rPr>
          <w:b/>
          <w:sz w:val="28"/>
        </w:rPr>
        <w:t>ЗАПОВЕД № [номер] / [дата] ЗА ПРЕКРАТЯВАНЕ НА ТРУДОВ ДОГОВОР</w:t>
      </w:r>
    </w:p>
    <w:p/>
    <w:p>
      <w:r>
        <w:rPr>
          <w:i/>
        </w:rPr>
        <w:t>[Наименование на работодателя]</w:t>
      </w:r>
      <w:r>
        <w:t xml:space="preserve">, ЕИК </w:t>
      </w:r>
      <w:r>
        <w:rPr>
          <w:i/>
        </w:rPr>
        <w:t>[номер]</w:t>
      </w:r>
      <w:r>
        <w:t xml:space="preserve">, със седалище и адрес на управление гр. </w:t>
      </w:r>
      <w:r>
        <w:rPr>
          <w:i/>
        </w:rPr>
        <w:t>[населено място]</w:t>
      </w:r>
      <w:r>
        <w:t xml:space="preserve">, </w:t>
      </w:r>
      <w:r>
        <w:rPr>
          <w:i/>
        </w:rPr>
        <w:t>[адрес]</w:t>
      </w:r>
      <w:r>
        <w:t xml:space="preserve">, представлявано от </w:t>
      </w:r>
      <w:r>
        <w:rPr>
          <w:i/>
        </w:rPr>
        <w:t>[три имена]</w:t>
      </w:r>
      <w:r>
        <w:t xml:space="preserve">, </w:t>
      </w:r>
      <w:r>
        <w:rPr>
          <w:i/>
        </w:rPr>
        <w:t>[длъжност]</w:t>
      </w:r>
    </w:p>
    <w:p>
      <w:r>
        <w:t xml:space="preserve">На основание </w:t>
      </w:r>
      <w:r>
        <w:rPr>
          <w:i/>
        </w:rPr>
        <w:t>[точно основание: чл. 325, ал. 1, т. 1 КТ, по взаимно съгласие / чл. 326, ал. 1 КТ, по предизвестие от работника / чл. 328, ал. 1, т. [номер]</w:t>
      </w:r>
      <w:r>
        <w:t xml:space="preserve"> КТ, </w:t>
      </w:r>
      <w:r>
        <w:rPr>
          <w:i/>
        </w:rPr>
        <w:t>[съкращаване в щата и др.]</w:t>
      </w:r>
      <w:r>
        <w:t xml:space="preserve"> / чл. 71, ал. 1 КТ, в срока за изпитване / чл. 325, ал. 1, т. 3 КТ, с изтичане на срока] и </w:t>
      </w:r>
      <w:r>
        <w:rPr>
          <w:i/>
        </w:rPr>
        <w:t>[фактическо основание: молба вх. № [номер]</w:t>
      </w:r>
      <w:r>
        <w:t xml:space="preserve"> от </w:t>
      </w:r>
      <w:r>
        <w:rPr>
          <w:i/>
        </w:rPr>
        <w:t>[дата]</w:t>
      </w:r>
      <w:r>
        <w:t xml:space="preserve"> и писмено съгласие от </w:t>
      </w:r>
      <w:r>
        <w:rPr>
          <w:i/>
        </w:rPr>
        <w:t>[дата]</w:t>
      </w:r>
      <w:r>
        <w:t xml:space="preserve"> / предизвестие вх. № </w:t>
      </w:r>
      <w:r>
        <w:rPr>
          <w:i/>
        </w:rPr>
        <w:t>[номер]</w:t>
      </w:r>
      <w:r>
        <w:t xml:space="preserve"> от </w:t>
      </w:r>
      <w:r>
        <w:rPr>
          <w:i/>
        </w:rPr>
        <w:t>[дата]</w:t>
      </w:r>
      <w:r>
        <w:t xml:space="preserve"> / заповед за съкращаване № </w:t>
      </w:r>
      <w:r>
        <w:rPr>
          <w:i/>
        </w:rPr>
        <w:t>[номер]</w:t>
      </w:r>
      <w:r>
        <w:t xml:space="preserve"> и извършен подбор по чл. 329 КТ]</w:t>
      </w:r>
    </w:p>
    <w:p>
      <w:r>
        <w:t xml:space="preserve">ПРЕКРАТЯВАМ трудовото правоотношение с </w:t>
      </w:r>
      <w:r>
        <w:rPr>
          <w:i/>
        </w:rPr>
        <w:t>[три имена]</w:t>
      </w:r>
      <w:r>
        <w:t xml:space="preserve">, ЕГН </w:t>
      </w:r>
      <w:r>
        <w:rPr>
          <w:i/>
        </w:rPr>
        <w:t>[номер]</w:t>
      </w:r>
      <w:r>
        <w:t xml:space="preserve">, на длъжност </w:t>
      </w:r>
      <w:r>
        <w:rPr>
          <w:i/>
        </w:rPr>
        <w:t>[длъжност]</w:t>
      </w:r>
      <w:r>
        <w:t xml:space="preserve"> в </w:t>
      </w:r>
      <w:r>
        <w:rPr>
          <w:i/>
        </w:rPr>
        <w:t>[отдел / звено]</w:t>
      </w:r>
      <w:r>
        <w:t xml:space="preserve">, по трудов договор № </w:t>
      </w:r>
      <w:r>
        <w:rPr>
          <w:i/>
        </w:rPr>
        <w:t>[номер]</w:t>
      </w:r>
      <w:r>
        <w:t xml:space="preserve"> от </w:t>
      </w:r>
      <w:r>
        <w:rPr>
          <w:i/>
        </w:rPr>
        <w:t>[дата]</w:t>
      </w:r>
      <w:r>
        <w:t xml:space="preserve">, считано от </w:t>
      </w:r>
      <w:r>
        <w:rPr>
          <w:i/>
        </w:rPr>
        <w:t>[дата]</w:t>
      </w:r>
      <w:r>
        <w:t>.</w:t>
      </w:r>
    </w:p>
    <w:p>
      <w:r>
        <w:t xml:space="preserve">На служителя да се изплатят: 1) дължимото трудово възнаграждение до датата на прекратяването; 2) обезщетение по чл. 224, ал. 1 КТ за </w:t>
      </w:r>
      <w:r>
        <w:rPr>
          <w:i/>
        </w:rPr>
        <w:t>[брой]</w:t>
      </w:r>
      <w:r>
        <w:t xml:space="preserve"> дни неизползван платен годишен отпуск; 3) </w:t>
      </w:r>
      <w:r>
        <w:rPr>
          <w:i/>
        </w:rPr>
        <w:t>[обезщетение по чл. 220, ал. 1 КТ за неспазен срок на предизвестие от [брой]</w:t>
      </w:r>
      <w:r>
        <w:t xml:space="preserve"> дни / обезщетение по чл. 222, ал. 1 КТ за оставане без работа до 1 месец / обезщетение по чл. 222, ал. 3 КТ в размер на </w:t>
      </w:r>
      <w:r>
        <w:rPr>
          <w:i/>
        </w:rPr>
        <w:t>[2 / 6]</w:t>
      </w:r>
      <w:r>
        <w:t xml:space="preserve"> брутни трудови възнаграждения / обезщетение по чл. 331 КТ в размер на </w:t>
      </w:r>
      <w:r>
        <w:rPr>
          <w:i/>
        </w:rPr>
        <w:t>[сума]</w:t>
      </w:r>
      <w:r>
        <w:t xml:space="preserve"> €]. </w:t>
      </w:r>
      <w:r>
        <w:rPr>
          <w:i/>
        </w:rPr>
        <w:t>[При неспазено предизвестие от служителя: да се удържи обезщетение по чл. 220, ал. 1 КТ за [брой]</w:t>
      </w:r>
      <w:r>
        <w:t xml:space="preserve"> дни.]</w:t>
      </w:r>
    </w:p>
    <w:p>
      <w:r>
        <w:t>Прекратяването да се впише в регистъра на заетостта в 7-дневен срок по чл. 62, ал. 3 от Кодекса на труда и да се отрази в единния електронен трудов запис по чл. 349 от Кодекса на труда.</w:t>
      </w:r>
    </w:p>
    <w:p>
      <w:r>
        <w:t xml:space="preserve">Заповедта подлежи на обжалване пред </w:t>
      </w:r>
      <w:r>
        <w:rPr>
          <w:i/>
        </w:rPr>
        <w:t>[районен съд]</w:t>
      </w:r>
      <w:r>
        <w:t xml:space="preserve"> в 2-месечен срок от датата на прекратяването (чл. 358, ал. 1, т. 2 КТ).</w:t>
      </w:r>
    </w:p>
    <w:p>
      <w:r>
        <w:t xml:space="preserve">Заповедта да се връчи на служителя срещу подпис. Препис: </w:t>
      </w:r>
      <w:r>
        <w:rPr>
          <w:i/>
        </w:rPr>
        <w:t>[личен състав, ТРЗ, счетоводство]</w:t>
      </w:r>
      <w:r>
        <w:t>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</w:tcPr>
          <w:p>
            <w:r>
              <w:t>РАБОТОДАТЕЛ (име, длъжност, подпис):</w:t>
            </w:r>
          </w:p>
        </w:tc>
        <w:tc>
          <w:tcPr>
            <w:tcW w:type="dxa" w:w="4703"/>
          </w:tcPr>
          <w:p>
            <w:r>
              <w:t>ВРЪЧЕНА НА: (дата, подпис на служителя):</w:t>
            </w:r>
          </w:p>
        </w:tc>
      </w:tr>
      <w:tr>
        <w:tc>
          <w:tcPr>
            <w:tcW w:type="dxa" w:w="4703"/>
          </w:tcPr>
          <w:p>
            <w:r>
              <w:br/>
              <w:br/>
              <w:t>____________________</w:t>
              <w:br/>
              <w:t>(подпис)</w:t>
            </w:r>
          </w:p>
        </w:tc>
        <w:tc>
          <w:tcPr>
            <w:tcW w:type="dxa" w:w="4703"/>
          </w:tcPr>
          <w:p>
            <w:r>
              <w:br/>
              <w:br/>
              <w:t>____________________</w:t>
              <w:br/>
              <w:t>(подпис)</w:t>
            </w:r>
          </w:p>
        </w:tc>
      </w:tr>
    </w:tbl>
    <w:p>
      <w:r>
        <w:rPr>
          <w:i/>
        </w:rPr>
        <w:t>[При отказ да получи: Служителят отказа да получи заповедта на [дата]</w:t>
      </w:r>
      <w:r>
        <w:t xml:space="preserve"> в присъствието на свидетели: 1. </w:t>
      </w:r>
      <w:r>
        <w:rPr>
          <w:i/>
        </w:rPr>
        <w:t>[три имена, подпис]</w:t>
      </w:r>
      <w:r>
        <w:t xml:space="preserve">; 2. </w:t>
      </w:r>
      <w:r>
        <w:rPr>
          <w:i/>
        </w:rPr>
        <w:t>[три имена, подпис]</w:t>
      </w:r>
      <w:r>
        <w:t>.]</w:t>
      </w:r>
    </w:p>
    <w:p>
      <w:r>
        <w:br w:type="page"/>
      </w:r>
    </w:p>
    <w:p>
      <w:pPr>
        <w:jc w:val="center"/>
      </w:pPr>
      <w:r>
        <w:rPr>
          <w:b/>
          <w:sz w:val="28"/>
        </w:rPr>
        <w:t>ЗАПОВЕД № [номер] / [дата] ЗА КОМАНДИРОВКА В СТРАНАТА</w:t>
      </w:r>
    </w:p>
    <w:p/>
    <w:p>
      <w:r>
        <w:rPr>
          <w:i/>
        </w:rPr>
        <w:t>[Наименование на работодателя]</w:t>
      </w:r>
      <w:r>
        <w:t xml:space="preserve">, ЕИК </w:t>
      </w:r>
      <w:r>
        <w:rPr>
          <w:i/>
        </w:rPr>
        <w:t>[номер]</w:t>
      </w:r>
      <w:r>
        <w:t xml:space="preserve">, гр. </w:t>
      </w:r>
      <w:r>
        <w:rPr>
          <w:i/>
        </w:rPr>
        <w:t>[населено място]</w:t>
      </w:r>
      <w:r>
        <w:t xml:space="preserve">, </w:t>
      </w:r>
      <w:r>
        <w:rPr>
          <w:i/>
        </w:rPr>
        <w:t>[адрес]</w:t>
      </w:r>
    </w:p>
    <w:p>
      <w:r>
        <w:t>На основание чл. 121 от Кодекса на труда и чл. 8, ал. 1 от Наредбата за командировките в страната</w:t>
      </w:r>
    </w:p>
    <w:p>
      <w:r>
        <w:t xml:space="preserve">КОМАНДИРОВАМ </w:t>
      </w:r>
      <w:r>
        <w:rPr>
          <w:i/>
        </w:rPr>
        <w:t>[три имена]</w:t>
      </w:r>
      <w:r>
        <w:t xml:space="preserve">, на длъжност </w:t>
      </w:r>
      <w:r>
        <w:rPr>
          <w:i/>
        </w:rPr>
        <w:t>[длъжност]</w:t>
      </w:r>
      <w:r>
        <w:t xml:space="preserve">, в гр. </w:t>
      </w:r>
      <w:r>
        <w:rPr>
          <w:i/>
        </w:rPr>
        <w:t>[населено място]</w:t>
      </w:r>
      <w:r>
        <w:t xml:space="preserve">, </w:t>
      </w:r>
      <w:r>
        <w:rPr>
          <w:i/>
        </w:rPr>
        <w:t>[обект / фирма / адрес]</w:t>
      </w:r>
      <w:r>
        <w:t xml:space="preserve">, със задача: </w:t>
      </w:r>
      <w:r>
        <w:rPr>
          <w:i/>
        </w:rPr>
        <w:t>[описание на задачата]</w:t>
      </w:r>
      <w:r>
        <w:t xml:space="preserve">, за срок от </w:t>
      </w:r>
      <w:r>
        <w:rPr>
          <w:i/>
        </w:rPr>
        <w:t>[дата]</w:t>
      </w:r>
      <w:r>
        <w:t xml:space="preserve"> до </w:t>
      </w:r>
      <w:r>
        <w:rPr>
          <w:i/>
        </w:rPr>
        <w:t>[дата]</w:t>
      </w:r>
      <w:r>
        <w:t xml:space="preserve"> включително (</w:t>
      </w:r>
      <w:r>
        <w:rPr>
          <w:i/>
        </w:rPr>
        <w:t>[брой]</w:t>
      </w:r>
      <w:r>
        <w:t xml:space="preserve"> календарни дни, от които </w:t>
      </w:r>
      <w:r>
        <w:rPr>
          <w:i/>
        </w:rPr>
        <w:t>[брой]</w:t>
      </w:r>
      <w:r>
        <w:t xml:space="preserve"> с нощуване).</w:t>
      </w:r>
    </w:p>
    <w:p>
      <w:r>
        <w:t xml:space="preserve">Пътуване с: </w:t>
      </w:r>
      <w:r>
        <w:rPr>
          <w:i/>
        </w:rPr>
        <w:t>[обществен транспорт: автобус / влак [клас]</w:t>
      </w:r>
      <w:r>
        <w:t xml:space="preserve"> / служебен автомобил рег. № </w:t>
      </w:r>
      <w:r>
        <w:rPr>
          <w:i/>
        </w:rPr>
        <w:t>[номер]</w:t>
      </w:r>
      <w:r>
        <w:t xml:space="preserve"> / личен автомобил марка </w:t>
      </w:r>
      <w:r>
        <w:rPr>
          <w:i/>
        </w:rPr>
        <w:t>[марка и модел]</w:t>
      </w:r>
      <w:r>
        <w:t xml:space="preserve">, рег. № </w:t>
      </w:r>
      <w:r>
        <w:rPr>
          <w:i/>
        </w:rPr>
        <w:t>[номер]</w:t>
      </w:r>
      <w:r>
        <w:t xml:space="preserve">, разходна норма </w:t>
      </w:r>
      <w:r>
        <w:rPr>
          <w:i/>
        </w:rPr>
        <w:t>[литри]</w:t>
      </w:r>
      <w:r>
        <w:t xml:space="preserve"> л/100 км по данни на производителя за комбиниран режим, гориво </w:t>
      </w:r>
      <w:r>
        <w:rPr>
          <w:i/>
        </w:rPr>
        <w:t>[вид]</w:t>
      </w:r>
      <w:r>
        <w:t xml:space="preserve">, цена </w:t>
      </w:r>
      <w:r>
        <w:rPr>
          <w:i/>
        </w:rPr>
        <w:t>[сума]</w:t>
      </w:r>
      <w:r>
        <w:t xml:space="preserve"> €/л, маршрут </w:t>
      </w:r>
      <w:r>
        <w:rPr>
          <w:i/>
        </w:rPr>
        <w:t>[маршрут]</w:t>
      </w:r>
      <w:r>
        <w:t xml:space="preserve">, разстояние </w:t>
      </w:r>
      <w:r>
        <w:rPr>
          <w:i/>
        </w:rPr>
        <w:t>[км]</w:t>
      </w:r>
      <w:r>
        <w:t xml:space="preserve"> км в двете посоки].</w:t>
      </w:r>
    </w:p>
    <w:p>
      <w:r>
        <w:t xml:space="preserve">Командировъчни пари: дневни </w:t>
      </w:r>
      <w:r>
        <w:rPr>
          <w:i/>
        </w:rPr>
        <w:t>[22 € за всеки ден с нощуване / 11 € за ден без нощуване / [сума до 44 €]</w:t>
      </w:r>
      <w:r>
        <w:t xml:space="preserve"> € по чл. 21 от наредбата]; квартирни до </w:t>
      </w:r>
      <w:r>
        <w:rPr>
          <w:i/>
        </w:rPr>
        <w:t>[сума]</w:t>
      </w:r>
      <w:r>
        <w:t xml:space="preserve"> € за нощувка срещу документ; пътни по представени документи. Аванс: </w:t>
      </w:r>
      <w:r>
        <w:rPr>
          <w:i/>
        </w:rPr>
        <w:t>[сума]</w:t>
      </w:r>
      <w:r>
        <w:t xml:space="preserve"> €.</w:t>
      </w:r>
    </w:p>
    <w:p>
      <w:r>
        <w:t xml:space="preserve">Вид на отчета за извършената работа: </w:t>
      </w:r>
      <w:r>
        <w:rPr>
          <w:i/>
        </w:rPr>
        <w:t>[писмен доклад в 3-дневен срок след завръщането / резултатът се удостоверява с [протокол / друг документ]</w:t>
      </w:r>
      <w:r>
        <w:t xml:space="preserve">, поради което отделен отчет не се изисква]. Заверка на заповедта от приемащата страна: </w:t>
      </w:r>
      <w:r>
        <w:rPr>
          <w:i/>
        </w:rPr>
        <w:t>[изисква се / не се изисква]</w:t>
      </w:r>
      <w:r>
        <w:t>.</w:t>
      </w:r>
    </w:p>
    <w:p>
      <w:r>
        <w:t xml:space="preserve">Разходите са за сметка на </w:t>
      </w:r>
      <w:r>
        <w:rPr>
          <w:i/>
        </w:rPr>
        <w:t>[работодателя / проект / звено]</w:t>
      </w:r>
      <w:r>
        <w:t>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4703"/>
          </w:tcPr>
          <w:p>
            <w:r>
              <w:t>РАБОТОДАТЕЛ (име, длъжност, подпис):</w:t>
            </w:r>
          </w:p>
        </w:tc>
        <w:tc>
          <w:tcPr>
            <w:tcW w:type="dxa" w:w="4703"/>
          </w:tcPr>
          <w:p>
            <w:r>
              <w:t>ЗАПОЗНАТ: командирован (дата, подпис):</w:t>
            </w:r>
          </w:p>
        </w:tc>
      </w:tr>
      <w:tr>
        <w:tc>
          <w:tcPr>
            <w:tcW w:type="dxa" w:w="4703"/>
          </w:tcPr>
          <w:p>
            <w:r>
              <w:br/>
              <w:br/>
              <w:t>____________________</w:t>
              <w:br/>
              <w:t>(подпис)</w:t>
            </w:r>
          </w:p>
        </w:tc>
        <w:tc>
          <w:tcPr>
            <w:tcW w:type="dxa" w:w="4703"/>
          </w:tcPr>
          <w:p>
            <w:r>
              <w:br/>
              <w:br/>
              <w:t>____________________</w:t>
              <w:br/>
              <w:t>(подпис)</w:t>
            </w:r>
          </w:p>
        </w:tc>
      </w:tr>
    </w:tbl>
    <w:p>
      <w:r>
        <w:t xml:space="preserve">ЗАВЕРКА (при изискване): Пристигнал на </w:t>
      </w:r>
      <w:r>
        <w:rPr>
          <w:i/>
        </w:rPr>
        <w:t>[дата]</w:t>
      </w:r>
      <w:r>
        <w:t xml:space="preserve">, отпътувал на </w:t>
      </w:r>
      <w:r>
        <w:rPr>
          <w:i/>
        </w:rPr>
        <w:t>[дата]</w:t>
      </w:r>
      <w:r>
        <w:t xml:space="preserve">. </w:t>
      </w:r>
      <w:r>
        <w:rPr>
          <w:i/>
        </w:rPr>
        <w:t>[подпис и печат на приемащата страна]</w:t>
      </w:r>
    </w:p>
    <w:p/>
    <w:p>
      <w:r>
        <w:rPr>
          <w:i/>
          <w:sz w:val="17"/>
        </w:rPr>
        <w:t>Образецът е предоставен от blogzapari.com с информативна цел за типови случаи и не представлява правен съвет. Преди подписване съобразете конкретните обстоятелства и актуалната нормативна уредба; при съмнение се консултирайте с адвокат.</w:t>
      </w:r>
    </w:p>
    <w:sectPr w:rsidR="00FC693F" w:rsidRPr="0006063C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