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18"/>
        </w:rPr>
        <w:t>БЛОГ ЗА ПАРИ  |  blogzapari.com</w:t>
      </w:r>
    </w:p>
    <w:p>
      <w:pPr>
        <w:jc w:val="center"/>
      </w:pPr>
      <w:r>
        <w:rPr>
          <w:b/>
          <w:sz w:val="28"/>
        </w:rPr>
        <w:t>МОЛБА ЗА ПРЕКРАТЯВАНЕ НА ТРУДОВИЯ ДОГОВОР</w:t>
      </w:r>
    </w:p>
    <w:p/>
    <w:p>
      <w:r>
        <w:t xml:space="preserve">До </w:t>
      </w:r>
      <w:r>
        <w:rPr>
          <w:i/>
        </w:rPr>
        <w:t>[Управителя / Изпълнителния директор]</w:t>
      </w:r>
      <w:r>
        <w:br/>
        <w:t xml:space="preserve">на </w:t>
      </w:r>
      <w:r>
        <w:rPr>
          <w:i/>
        </w:rPr>
        <w:t>[наименование на работодателя]</w:t>
      </w:r>
      <w:r>
        <w:t xml:space="preserve">, ЕИК </w:t>
      </w:r>
      <w:r>
        <w:rPr>
          <w:i/>
        </w:rPr>
        <w:t>[номер]</w:t>
      </w:r>
      <w:r>
        <w:br/>
        <w:t xml:space="preserve">гр. </w:t>
      </w:r>
      <w:r>
        <w:rPr>
          <w:i/>
        </w:rPr>
        <w:t>[населено място]</w:t>
      </w:r>
      <w:r>
        <w:t xml:space="preserve">, </w:t>
      </w:r>
      <w:r>
        <w:rPr>
          <w:i/>
        </w:rPr>
        <w:t>[адрес]</w:t>
      </w:r>
    </w:p>
    <w:p/>
    <w:p>
      <w:r>
        <w:rPr>
          <w:b/>
          <w:sz w:val="23"/>
        </w:rPr>
        <w:t>МОЛБА (ПРЕДЛОЖЕНИЕ) ЗА ПРЕКРАТЯВАНЕ НА ТРУДОВИЯ ДОГОВОР ПО ВЗАИМНО СЪГЛАСИЕ</w:t>
      </w:r>
    </w:p>
    <w:p>
      <w:r>
        <w:t xml:space="preserve">от </w:t>
      </w:r>
      <w:r>
        <w:rPr>
          <w:i/>
        </w:rPr>
        <w:t>[три имена]</w:t>
      </w:r>
      <w:r>
        <w:t xml:space="preserve">, ЕГН </w:t>
      </w:r>
      <w:r>
        <w:rPr>
          <w:i/>
        </w:rPr>
        <w:t>[номер]</w:t>
      </w:r>
      <w:r>
        <w:t xml:space="preserve">, на длъжност </w:t>
      </w:r>
      <w:r>
        <w:rPr>
          <w:i/>
        </w:rPr>
        <w:t>[длъжност]</w:t>
      </w:r>
      <w:r>
        <w:t xml:space="preserve"> в </w:t>
      </w:r>
      <w:r>
        <w:rPr>
          <w:i/>
        </w:rPr>
        <w:t>[отдел / звено]</w:t>
      </w:r>
      <w:r>
        <w:t xml:space="preserve">, по трудов договор № </w:t>
      </w:r>
      <w:r>
        <w:rPr>
          <w:i/>
        </w:rPr>
        <w:t>[номер]</w:t>
      </w:r>
      <w:r>
        <w:t xml:space="preserve"> от </w:t>
      </w:r>
      <w:r>
        <w:rPr>
          <w:i/>
        </w:rPr>
        <w:t>[дата]</w:t>
      </w:r>
      <w:r>
        <w:t xml:space="preserve">, адрес за кореспонденция: </w:t>
      </w:r>
      <w:r>
        <w:rPr>
          <w:i/>
        </w:rPr>
        <w:t>[адрес]</w:t>
      </w:r>
      <w:r>
        <w:t xml:space="preserve">, телефон: </w:t>
      </w:r>
      <w:r>
        <w:rPr>
          <w:i/>
        </w:rPr>
        <w:t>[телефон]</w:t>
      </w:r>
      <w:r>
        <w:t>.</w:t>
      </w:r>
    </w:p>
    <w:p>
      <w:r>
        <w:t xml:space="preserve">Уважаеми г-н / г-жо </w:t>
      </w:r>
      <w:r>
        <w:rPr>
          <w:i/>
        </w:rPr>
        <w:t>[фамилия]</w:t>
      </w:r>
      <w:r>
        <w:t>,</w:t>
      </w:r>
    </w:p>
    <w:p>
      <w:r>
        <w:t xml:space="preserve">На основание чл. 325, ал. 1, т. 1 от Кодекса на труда предлагам трудовото ми правоотношение с </w:t>
      </w:r>
      <w:r>
        <w:rPr>
          <w:i/>
        </w:rPr>
        <w:t>[наименование на работодателя]</w:t>
      </w:r>
      <w:r>
        <w:t xml:space="preserve"> да бъде прекратено по взаимно съгласие, считано от </w:t>
      </w:r>
      <w:r>
        <w:rPr>
          <w:i/>
        </w:rPr>
        <w:t>[дата на прекратяване]</w:t>
      </w:r>
      <w:r>
        <w:t xml:space="preserve">, като последният ми работен ден е </w:t>
      </w:r>
      <w:r>
        <w:rPr>
          <w:i/>
        </w:rPr>
        <w:t>[предходната дата]</w:t>
      </w:r>
      <w:r>
        <w:t>.</w:t>
      </w:r>
    </w:p>
    <w:p>
      <w:r>
        <w:t>Моля в 7-дневен срок от получаването на настоящата да ме уведомите писмено дали приемате предложението (чл. 325, ал. 1, т. 1, изречение второ от Кодекса на труда).</w:t>
      </w:r>
    </w:p>
    <w:p>
      <w:r>
        <w:t>При приемане на предложението моля: 1) да ми бъде издадена заповед за прекратяване по чл. 128а, ал. 3 от Кодекса на труда; 2) прекратяването да бъде вписано в регистъра на заетостта в срока по чл. 62, ал. 3 от Кодекса на труда; 3) да ми бъдат изплатени дължимото трудово възнаграждение и обезщетението за неизползван платен годишен отпуск по чл. 224 от Кодекса на труда.</w:t>
      </w:r>
    </w:p>
    <w:p>
      <w:r>
        <w:rPr>
          <w:i/>
        </w:rPr>
        <w:t>[По избор]</w:t>
      </w:r>
      <w:r>
        <w:t xml:space="preserve"> Ако предложението не бъде прието в 7-дневния срок, моля настоящата да се счита за предизвестие за прекратяване на трудовия договор по чл. 326, ал. 1 от Кодекса на труда, чийто срок започва да тече от деня, следващ получаването ѝ.</w:t>
      </w:r>
    </w:p>
    <w:p>
      <w:r>
        <w:t>Настоящата молба е изготвена в два еднообразни екземпляра, по един за всяка от страните.</w:t>
      </w:r>
    </w:p>
    <w:p>
      <w:r>
        <w:t xml:space="preserve">Дата: </w:t>
      </w:r>
      <w:r>
        <w:rPr>
          <w:i/>
        </w:rPr>
        <w:t>[дата]</w:t>
      </w:r>
      <w:r>
        <w:t xml:space="preserve">    гр. </w:t>
      </w:r>
      <w:r>
        <w:rPr>
          <w:i/>
        </w:rPr>
        <w:t>[населено място]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С уважение (подпис):</w:t>
            </w:r>
          </w:p>
        </w:tc>
        <w:tc>
          <w:tcPr>
            <w:tcW w:type="dxa" w:w="4703"/>
          </w:tcPr>
          <w:p>
            <w:r>
              <w:t>Получил за работодателя (име, длъжност, дата, вх. №):</w:t>
            </w:r>
          </w:p>
        </w:tc>
      </w:tr>
      <w:tr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sz w:val="28"/>
        </w:rPr>
        <w:t>ПРЕДИЗВЕСТИЕ ЗА ПРЕКРАТЯВАНЕ НА ТРУДОВИЯ ДОГОВОР</w:t>
      </w:r>
    </w:p>
    <w:p/>
    <w:p>
      <w:r>
        <w:t xml:space="preserve">До </w:t>
      </w:r>
      <w:r>
        <w:rPr>
          <w:i/>
        </w:rPr>
        <w:t>[Управителя / Изпълнителния директор]</w:t>
      </w:r>
      <w:r>
        <w:br/>
        <w:t xml:space="preserve">на </w:t>
      </w:r>
      <w:r>
        <w:rPr>
          <w:i/>
        </w:rPr>
        <w:t>[наименование на работодателя]</w:t>
      </w:r>
      <w:r>
        <w:t xml:space="preserve">, ЕИК </w:t>
      </w:r>
      <w:r>
        <w:rPr>
          <w:i/>
        </w:rPr>
        <w:t>[номер]</w:t>
      </w:r>
      <w:r>
        <w:br/>
        <w:t xml:space="preserve">гр. </w:t>
      </w:r>
      <w:r>
        <w:rPr>
          <w:i/>
        </w:rPr>
        <w:t>[населено място]</w:t>
      </w:r>
      <w:r>
        <w:t xml:space="preserve">, </w:t>
      </w:r>
      <w:r>
        <w:rPr>
          <w:i/>
        </w:rPr>
        <w:t>[адрес]</w:t>
      </w:r>
    </w:p>
    <w:p>
      <w:r>
        <w:t xml:space="preserve">от </w:t>
      </w:r>
      <w:r>
        <w:rPr>
          <w:i/>
        </w:rPr>
        <w:t>[три имена]</w:t>
      </w:r>
      <w:r>
        <w:t xml:space="preserve">, ЕГН </w:t>
      </w:r>
      <w:r>
        <w:rPr>
          <w:i/>
        </w:rPr>
        <w:t>[номер]</w:t>
      </w:r>
      <w:r>
        <w:t xml:space="preserve">, на длъжност </w:t>
      </w:r>
      <w:r>
        <w:rPr>
          <w:i/>
        </w:rPr>
        <w:t>[длъжност]</w:t>
      </w:r>
      <w:r>
        <w:t xml:space="preserve"> в </w:t>
      </w:r>
      <w:r>
        <w:rPr>
          <w:i/>
        </w:rPr>
        <w:t>[отдел / звено]</w:t>
      </w:r>
      <w:r>
        <w:t xml:space="preserve">, по трудов договор № </w:t>
      </w:r>
      <w:r>
        <w:rPr>
          <w:i/>
        </w:rPr>
        <w:t>[номер]</w:t>
      </w:r>
      <w:r>
        <w:t xml:space="preserve"> от </w:t>
      </w:r>
      <w:r>
        <w:rPr>
          <w:i/>
        </w:rPr>
        <w:t>[дата]</w:t>
      </w:r>
      <w:r>
        <w:t>.</w:t>
      </w:r>
    </w:p>
    <w:p>
      <w:r>
        <w:t xml:space="preserve">На основание чл. 326, ал. 1 от Кодекса на труда прекратявам трудовия си договор с предизвестие. Срокът на предизвестието е </w:t>
      </w:r>
      <w:r>
        <w:rPr>
          <w:i/>
        </w:rPr>
        <w:t>[30 дни / срокът, уговорен в трудовия договор]</w:t>
      </w:r>
      <w:r>
        <w:t xml:space="preserve"> и започва да тече от деня, следващ получаването на настоящото (чл. 326, ал. 4 от Кодекса на труда).</w:t>
      </w:r>
    </w:p>
    <w:p>
      <w:r>
        <w:rPr>
          <w:i/>
        </w:rPr>
        <w:t>[Вариант 1]</w:t>
      </w:r>
      <w:r>
        <w:t xml:space="preserve"> Заявявам, че ще изпълнявам трудовите си задължения до изтичането на срока на предизвестието.</w:t>
      </w:r>
    </w:p>
    <w:p>
      <w:r>
        <w:rPr>
          <w:i/>
        </w:rPr>
        <w:t>[Вариант 2]</w:t>
      </w:r>
      <w:r>
        <w:t xml:space="preserve"> Желая трудовият договор да бъде прекратен преди изтичането на срока на предизвестието, считано от </w:t>
      </w:r>
      <w:r>
        <w:rPr>
          <w:i/>
        </w:rPr>
        <w:t>[дата]</w:t>
      </w:r>
      <w:r>
        <w:t>, и заявявам, че ще заплатя обезщетение по чл. 220, ал. 1 от Кодекса на труда за неспазената част от срока / моля обезщетението да бъде прихванато от дължимите ми суми.</w:t>
      </w:r>
    </w:p>
    <w:p>
      <w:r>
        <w:t>Моля при прекратяването да ми бъде издадена заповед по чл. 128а, ал. 3 от Кодекса на труда, прекратяването да бъде вписано в регистъра на заетостта в срока по чл. 62, ал. 3 от Кодекса на труда и да ми бъдат изплатени дължимото трудово възнаграждение и обезщетението по чл. 224 от Кодекса на труда.</w:t>
      </w:r>
    </w:p>
    <w:p>
      <w:r>
        <w:t>Изготвено в два еднообразни екземпляра.</w:t>
      </w:r>
    </w:p>
    <w:p>
      <w:r>
        <w:t xml:space="preserve">Дата: </w:t>
      </w:r>
      <w:r>
        <w:rPr>
          <w:i/>
        </w:rPr>
        <w:t>[дата]</w:t>
      </w:r>
      <w:r>
        <w:t xml:space="preserve">    гр. </w:t>
      </w:r>
      <w:r>
        <w:rPr>
          <w:i/>
        </w:rPr>
        <w:t>[населено място]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С уважение (подпис):</w:t>
            </w:r>
          </w:p>
        </w:tc>
        <w:tc>
          <w:tcPr>
            <w:tcW w:type="dxa" w:w="4703"/>
          </w:tcPr>
          <w:p>
            <w:r>
              <w:t>Получил за работодателя (име, длъжност, дата, вх. №):</w:t>
            </w:r>
          </w:p>
        </w:tc>
      </w:tr>
      <w:tr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sz w:val="28"/>
        </w:rPr>
        <w:t>ЗАЯВЛЕНИЕ ЗА ОТТЕГЛЯНЕ</w:t>
      </w:r>
    </w:p>
    <w:p/>
    <w:p>
      <w:r>
        <w:t xml:space="preserve">До </w:t>
      </w:r>
      <w:r>
        <w:rPr>
          <w:i/>
        </w:rPr>
        <w:t>[Управителя / Изпълнителния директор]</w:t>
      </w:r>
      <w:r>
        <w:br/>
        <w:t xml:space="preserve">на </w:t>
      </w:r>
      <w:r>
        <w:rPr>
          <w:i/>
        </w:rPr>
        <w:t>[наименование на работодателя]</w:t>
      </w:r>
      <w:r>
        <w:t xml:space="preserve">, ЕИК </w:t>
      </w:r>
      <w:r>
        <w:rPr>
          <w:i/>
        </w:rPr>
        <w:t>[номер]</w:t>
      </w:r>
    </w:p>
    <w:p>
      <w:r>
        <w:t xml:space="preserve">от </w:t>
      </w:r>
      <w:r>
        <w:rPr>
          <w:i/>
        </w:rPr>
        <w:t>[три имена]</w:t>
      </w:r>
      <w:r>
        <w:t xml:space="preserve">, ЕГН </w:t>
      </w:r>
      <w:r>
        <w:rPr>
          <w:i/>
        </w:rPr>
        <w:t>[номер]</w:t>
      </w:r>
      <w:r>
        <w:t xml:space="preserve">, на длъжност </w:t>
      </w:r>
      <w:r>
        <w:rPr>
          <w:i/>
        </w:rPr>
        <w:t>[длъжност]</w:t>
      </w:r>
      <w:r>
        <w:t>.</w:t>
      </w:r>
    </w:p>
    <w:p>
      <w:r>
        <w:t xml:space="preserve">С настоящото оттеглям подадената от мен </w:t>
      </w:r>
      <w:r>
        <w:rPr>
          <w:i/>
        </w:rPr>
        <w:t>[молба за прекратяване по взаимно съгласие / предизвестие по чл. 326 КТ]</w:t>
      </w:r>
      <w:r>
        <w:t xml:space="preserve"> с вх. № </w:t>
      </w:r>
      <w:r>
        <w:rPr>
          <w:i/>
        </w:rPr>
        <w:t>[номер]</w:t>
      </w:r>
      <w:r>
        <w:t xml:space="preserve"> от </w:t>
      </w:r>
      <w:r>
        <w:rPr>
          <w:i/>
        </w:rPr>
        <w:t>[дата]</w:t>
      </w:r>
      <w:r>
        <w:t xml:space="preserve">. </w:t>
      </w:r>
      <w:r>
        <w:rPr>
          <w:i/>
        </w:rPr>
        <w:t>[При предизвестие: моля да дадете съгласие за оттеглянето по чл. 326, ал. 4, изречение второ от Кодекса на труда.]</w:t>
      </w:r>
      <w:r>
        <w:t xml:space="preserve"> Заявявам, че желая трудовото ми правоотношение да продължи при досегашните условия.</w:t>
      </w:r>
    </w:p>
    <w:p>
      <w:r>
        <w:t xml:space="preserve">Дата: </w:t>
      </w:r>
      <w:r>
        <w:rPr>
          <w:i/>
        </w:rPr>
        <w:t>[дата]</w:t>
      </w:r>
      <w:r>
        <w:t xml:space="preserve">    гр. </w:t>
      </w:r>
      <w:r>
        <w:rPr>
          <w:i/>
        </w:rPr>
        <w:t>[населено място]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С уважение (подпис):</w:t>
            </w:r>
          </w:p>
        </w:tc>
        <w:tc>
          <w:tcPr>
            <w:tcW w:type="dxa" w:w="4703"/>
          </w:tcPr>
          <w:p>
            <w:r>
              <w:t>Получил за работодателя (име, длъжност, дата, вх. №):</w:t>
            </w:r>
          </w:p>
        </w:tc>
      </w:tr>
      <w:tr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</w:tr>
    </w:tbl>
    <w:p/>
    <w:p>
      <w:r>
        <w:rPr>
          <w:i/>
          <w:sz w:val="17"/>
        </w:rPr>
        <w:t>Образецът е предоставен от blogzapari.com с информативна цел за типови случаи и не представлява правен съвет. Преди подписване съобразете конкретните обстоятелства и актуалната нормативна уредба; при съмнение се консултирайте с адвокат.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