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color w:val="0E8A5F"/>
          <w:sz w:val="18"/>
        </w:rPr>
        <w:t>БЛОГ ЗА ПАРИ  |  blogzapari.com</w:t>
      </w:r>
    </w:p>
    <w:p>
      <w:pPr>
        <w:jc w:val="center"/>
      </w:pPr>
      <w:r>
        <w:rPr>
          <w:b/>
          <w:sz w:val="28"/>
        </w:rPr>
        <w:t>РАЗПИСКА</w:t>
      </w:r>
    </w:p>
    <w:p>
      <w:r>
        <w:t>за получена сума</w:t>
      </w:r>
    </w:p>
    <w:p/>
    <w:p>
      <w:r>
        <w:t>Днес, [дата], в гр. [населено място], долуподписаните страни съставиха настоящата разписка за следното:</w:t>
      </w:r>
    </w:p>
    <w:p/>
    <w:p>
      <w:r>
        <w:rPr>
          <w:b/>
          <w:sz w:val="23"/>
        </w:rPr>
        <w:t>I. СТРАНИ</w:t>
      </w:r>
    </w:p>
    <w:p/>
    <w:p>
      <w:r>
        <w:t>1. ПОЛУЧАТЕЛ на сумата:</w:t>
      </w:r>
    </w:p>
    <w:p>
      <w:r>
        <w:t>[трите имена на физическото лице / наименование на фирмата],</w:t>
      </w:r>
    </w:p>
    <w:p>
      <w:r>
        <w:t>ЕГН/ЕИК: [ЕГН или ЕИК],</w:t>
      </w:r>
    </w:p>
    <w:p>
      <w:r>
        <w:t>постоянен адрес/седалище: [адрес],</w:t>
      </w:r>
    </w:p>
    <w:p>
      <w:r>
        <w:t>лична карта № [номер], издадена на [дата] от [орган] (попълва се при физическо лице),</w:t>
      </w:r>
    </w:p>
    <w:p>
      <w:r>
        <w:t>представлявано от [име и длъжност] (попълва се при юридическо лице),</w:t>
      </w:r>
    </w:p>
    <w:p>
      <w:r>
        <w:t>наричан по-долу за краткост "Получател".</w:t>
      </w:r>
    </w:p>
    <w:p/>
    <w:p>
      <w:r>
        <w:t>2. ПЛАТЕЦ на сумата:</w:t>
      </w:r>
    </w:p>
    <w:p>
      <w:r>
        <w:t>[трите имена на физическото лице / наименование на фирмата],</w:t>
      </w:r>
    </w:p>
    <w:p>
      <w:r>
        <w:t>ЕГН/ЕИК: [ЕГН или ЕИК],</w:t>
      </w:r>
    </w:p>
    <w:p>
      <w:r>
        <w:t>постоянен адрес/седалище: [адрес],</w:t>
      </w:r>
    </w:p>
    <w:p>
      <w:r>
        <w:t>лична карта № [номер], издадена на [дата] от [орган] (попълва се при физическо лице),</w:t>
      </w:r>
    </w:p>
    <w:p>
      <w:r>
        <w:t>представлявано от [име и длъжност] (попълва се при юридическо лице),</w:t>
      </w:r>
    </w:p>
    <w:p>
      <w:r>
        <w:t>наричан по-долу за краткост "Платец".</w:t>
      </w:r>
    </w:p>
    <w:p/>
    <w:p>
      <w:r>
        <w:rPr>
          <w:b/>
          <w:sz w:val="23"/>
        </w:rPr>
        <w:t>II. ПРЕДМЕТ НА РАЗПИСКАТА</w:t>
      </w:r>
    </w:p>
    <w:p/>
    <w:p>
      <w:r>
        <w:t>Чл. 1. С настоящата разписка Получателят удостоверява и потвърждава, че ДНЕС получи от Платеца парична сума в размер на [сума с цифри] € ([сума с думи] евро).</w:t>
      </w:r>
    </w:p>
    <w:p/>
    <w:p>
      <w:r>
        <w:t>Чл. 2. Начин на плащане (отбележете приложимото):</w:t>
      </w:r>
    </w:p>
    <w:p>
      <w:r>
        <w:t>- в брой, лично на ръка;</w:t>
      </w:r>
    </w:p>
    <w:p>
      <w:r>
        <w:t>- по банков път по сметка IBAN: [номер на сметка], при [банка], с основание за превода: [основание].</w:t>
      </w:r>
    </w:p>
    <w:p/>
    <w:p>
      <w:r>
        <w:rPr>
          <w:b/>
          <w:sz w:val="23"/>
        </w:rPr>
        <w:t>III. ОСНОВАНИЕ ЗА ПЛАЩАНЕТО</w:t>
      </w:r>
    </w:p>
    <w:p/>
    <w:p>
      <w:r>
        <w:t>Чл. 3. Сумата по чл. 1 се получава на следното основание (посочете конкретното правоотношение):</w:t>
      </w:r>
    </w:p>
    <w:p>
      <w:r>
        <w:t>[описание на основанието, например: връщане на паричен заем, предоставен на [дата]; плащане на цена по договор за покупко-продажба от [дата]; плащане на наем за периода [период] по договор за наем от [дата]; авансово плащане по договор от [дата]; връщане на депозит; друго - опишете].</w:t>
      </w:r>
    </w:p>
    <w:p/>
    <w:p>
      <w:r>
        <w:t>Чл. 4. С получаването на сумата по чл. 1 съответното задължение на Платеца към Получателя, произтичащо от посоченото в чл. 3 основание, се погасява [изцяло / частично].</w:t>
      </w:r>
    </w:p>
    <w:p/>
    <w:p>
      <w:r>
        <w:t>Чл. 5. (Попълва се при частично плащане) След настоящото плащане остатъчното задължение на Платеца към Получателя възлиза на [сума с цифри] € ([сума с думи] евро) и следва да бъде издължено в срок до [дата].</w:t>
      </w:r>
    </w:p>
    <w:p/>
    <w:p>
      <w:r>
        <w:rPr>
          <w:b/>
          <w:sz w:val="23"/>
        </w:rPr>
        <w:t>IV. ДЕКЛАРАЦИИ НА СТРАНИТЕ</w:t>
      </w:r>
    </w:p>
    <w:p/>
    <w:p>
      <w:r>
        <w:t>Чл. 6. Получателят декларира, че сумата по чл. 1 е получена реално и в пълен размер и че няма претенции към Платеца за получената сума, освен за евентуалния остатък по чл. 5, ако е приложим.</w:t>
      </w:r>
    </w:p>
    <w:p/>
    <w:p>
      <w:r>
        <w:t>Чл. 7. Страните декларират, че сведенията в настоящата разписка отговарят на действителността и че разписката е съставена и подписана доброволно, без принуда.</w:t>
      </w:r>
    </w:p>
    <w:p/>
    <w:p>
      <w:r>
        <w:t>Чл. 8. (Попълва се при пълно погасяване на задължение, за което е издаван отделен документ) С настоящото се удостоверява, че задължението, обективирано в [документ - договор, запис на заповед и др.], е погасено изцяло. Оригиналният документ се връща на Платеца / е изгубен и настоящата разписка има действие на негово удостоверяване по смисъла на чл. 77 ЗЗД.</w:t>
      </w:r>
    </w:p>
    <w:p/>
    <w:p>
      <w:r>
        <w:rPr>
          <w:b/>
          <w:sz w:val="23"/>
        </w:rPr>
        <w:t>V. ЗАКЛЮЧИТЕЛНИ РАЗПОРЕДБИ</w:t>
      </w:r>
    </w:p>
    <w:p/>
    <w:p>
      <w:r>
        <w:t>Чл. 9. Настоящата разписка се съставя в два еднообразни екземпляра - по един за всяка от страните, като екземплярът на Платеца служи като доказателство за извършеното плащане.</w:t>
      </w:r>
    </w:p>
    <w:p/>
    <w:p>
      <w:r>
        <w:t>Чл. 10. За неуредените в настоящата разписка въпроси се прилагат разпоредбите на Закона за задълженията и договорите и действащото българско законодателство.</w:t>
      </w:r>
    </w:p>
    <w:p/>
    <w:p>
      <w:r>
        <w:t>Настоящата разписка се подписа от страните, както следва:</w:t>
      </w:r>
    </w:p>
    <w:p/>
    <w:p/>
    <w:p>
      <w:r>
        <w:rPr>
          <w:b/>
          <w:sz w:val="23"/>
        </w:rPr>
        <w:t>ПОЛУЧАТЕЛ:                                   ПЛАТЕЦ:</w:t>
      </w:r>
    </w:p>
    <w:p/>
    <w:p>
      <w:r>
        <w:t>.............................                .............................</w:t>
      </w:r>
    </w:p>
    <w:p>
      <w:r>
        <w:t>(подпис)                                     (подпис)</w:t>
      </w:r>
    </w:p>
    <w:p/>
    <w:p>
      <w:r>
        <w:t>[трите имена]                                [трите имена]</w:t>
      </w:r>
    </w:p>
    <w:p/>
    <w:p>
      <w:r>
        <w:rPr>
          <w:i/>
          <w:color w:val="64748B"/>
          <w:sz w:val="17"/>
        </w:rPr>
        <w:t>Това е примерен образец за типови случаи и не представлява правен съвет. При по-сложна или спорна ситуация се консултирайте с адвокат. Безплатен образец от blogzapari.com. Проверено към 15.07.2026 г. Не е правен съвет.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