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E8A5F"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ПРЕДВАРИТЕЛЕН ДОГОВОР</w:t>
      </w:r>
    </w:p>
    <w:p>
      <w:r>
        <w:rPr>
          <w:b/>
          <w:sz w:val="23"/>
        </w:rPr>
        <w:t>ЗА ПОКУПКО-ПРОДАЖБА НА НЕДВИЖИМ ИМОТ</w:t>
      </w:r>
    </w:p>
    <w:p/>
    <w:p>
      <w:r>
        <w:t>Днес, [ден] [месец] [година] г., в гр. [населено място], между долуподписаните страни:</w:t>
      </w:r>
    </w:p>
    <w:p/>
    <w:p>
      <w:r>
        <w:t>1. [Трите имена на продавача], ЕГН [ЕГН], лична карта № [номер], издадена на [дата] от МВР - [град], с постоянен адрес: гр./с. [населено място], ул./бул. [адрес] № [номер], наричан по-долу за краткост ПРОДАВАЧ,</w:t>
      </w:r>
    </w:p>
    <w:p/>
    <w:p>
      <w:r>
        <w:t>и</w:t>
      </w:r>
    </w:p>
    <w:p/>
    <w:p>
      <w:r>
        <w:t>2. [Трите имена на купувача], ЕГН [ЕГН], лична карта № [номер], издадена на [дата] от МВР - [град], с постоянен адрес: гр./с. [населено място], ул./бул. [адрес] № [номер], наричан по-долу за краткост КУПУВАЧ,</w:t>
      </w:r>
    </w:p>
    <w:p/>
    <w:p>
      <w:r>
        <w:t>наричани заедно СТРАНИ, се сключи настоящият предварителен договор за следното:</w:t>
      </w:r>
    </w:p>
    <w:p/>
    <w:p>
      <w:r>
        <w:rPr>
          <w:b/>
          <w:sz w:val="23"/>
        </w:rPr>
        <w:t>I. ПРЕДМЕТ НА ДОГОВОРА</w:t>
      </w:r>
    </w:p>
    <w:p/>
    <w:p>
      <w:r>
        <w:t>Чл. 1. (1) ПРОДАВАЧЪТ се задължава да прехвърли на КУПУВАЧА, а КУПУВАЧЪТ се задължава да купи при условията на този договор правото на собственост върху следния недвижим имот:</w:t>
      </w:r>
    </w:p>
    <w:p>
      <w:r>
        <w:t>[вид на имота - апартамент/къща/поземлен имот/друго], находящ се в гр./с. [населено място], община [община], област [област], ул./бул. [адрес] № [номер], [ет., ап. при апартамент], със застроена площ от [площ] кв.м., ведно с прилежащите [избено/таванско помещение, паркомясто, идеални части от общите части на сградата и от правото на строеж], представляващ съгласно кадастралната карта поземлен имот/самостоятелен обект с идентификатор [идентификатор по КК], при граници и съседи: [граници/съседни имоти], наричан по-долу ИМОТЪТ.</w:t>
      </w:r>
    </w:p>
    <w:p>
      <w:r>
        <w:t>(2) ПРОДАВАЧЪТ е собственик на ИМОТА съгласно [нотариален акт № ..., том ..., дело ... / договор за доброволна делба / друг документ за собственост], вписан в Служба по вписванията - [град] с вх. рег. № [номер] от [дата].</w:t>
      </w:r>
    </w:p>
    <w:p/>
    <w:p>
      <w:r>
        <w:rPr>
          <w:b/>
          <w:sz w:val="23"/>
        </w:rPr>
        <w:t>II. ЦЕНА И НАЧИН НА ПЛАЩАНЕ</w:t>
      </w:r>
    </w:p>
    <w:p/>
    <w:p>
      <w:r>
        <w:t>Чл. 2. (1) СТРАНИТЕ се съгласяват, че продажната цена на ИМОТА е в размер на [сума с цифри] € ([сума с думи] евро).</w:t>
      </w:r>
    </w:p>
    <w:p>
      <w:r>
        <w:t>(2) Продажната цена се заплаща по следния начин:</w:t>
      </w:r>
    </w:p>
    <w:p>
      <w:r>
        <w:t>1. Задатък (капаро) в размер на [сума] € ([сума с думи] евро), представляващ [процент, обичайно 10] % от продажната цена, платим при подписване на настоящия договор.</w:t>
      </w:r>
    </w:p>
    <w:p>
      <w:r>
        <w:t>2. Остатъкът в размер на [сума] € ([сума с думи] евро), платим при сключване на окончателния договор във формата на нотариален акт.</w:t>
      </w:r>
    </w:p>
    <w:p>
      <w:r>
        <w:t>(3) Плащанията се извършват по банков път по сметка на ПРОДАВАЧА: IBAN [номер], банка [наименование], или в брой в рамките на допустимото по Закона за ограничаване на плащанията в брой.</w:t>
      </w:r>
    </w:p>
    <w:p>
      <w:r>
        <w:t>(4) Датата на постъпване на сумата по сметката на ПРОДАВАЧА, съответно подписаният разписка/платежен документ, се смятат за доказателство за плащане.</w:t>
      </w:r>
    </w:p>
    <w:p/>
    <w:p>
      <w:r>
        <w:rPr>
          <w:b/>
          <w:sz w:val="23"/>
        </w:rPr>
        <w:t>III. ЗАДАТЪК</w:t>
      </w:r>
    </w:p>
    <w:p/>
    <w:p>
      <w:r>
        <w:t>Чл. 3. (1) Платеният по чл. 2, ал. 2, т. 1 задатък има значението на капаро по смисъла на чл. 93 от Закона за задълженията и договорите и обезпечава изпълнението на договора.</w:t>
      </w:r>
    </w:p>
    <w:p>
      <w:r>
        <w:t>(2) При сключване на окончателния договор задатъкът се приспада от продажната цена.</w:t>
      </w:r>
    </w:p>
    <w:p>
      <w:r>
        <w:t>(3) Ако КУПУВАЧЪТ не изпълни задълженията си по този договор, ПРОДАВАЧЪТ има право да се откаже от договора и да задържи задатъка.</w:t>
      </w:r>
    </w:p>
    <w:p>
      <w:r>
        <w:t>(4) Ако ПРОДАВАЧЪТ не изпълни задълженията си по този договор, КУПУВАЧЪТ има право да се откаже от договора и да иска задатъка в двоен размер.</w:t>
      </w:r>
    </w:p>
    <w:p/>
    <w:p>
      <w:r>
        <w:rPr>
          <w:b/>
          <w:sz w:val="23"/>
        </w:rPr>
        <w:t>IV. СРОК И СКЛЮЧВАНЕ НА ОКОНЧАТЕЛНИЯ ДОГОВОР</w:t>
      </w:r>
    </w:p>
    <w:p/>
    <w:p>
      <w:r>
        <w:t>Чл. 4. (1) СТРАНИТЕ се задължават да сключат окончателен договор за покупко-продажба на ИМОТА във формата на нотариален акт в срок до [дата].</w:t>
      </w:r>
    </w:p>
    <w:p>
      <w:r>
        <w:t>(2) Окончателният договор се сключва пред нотариус с район на действие по местонахождението на ИМОТА. Нотариалните и другите разноски по прехвърлянето (нотариална такса, местен данък за придобиване на имущество, такса за вписване в Служба по вписванията) са за сметка на [посочете страна - обичайно КУПУВАЧА, освен ако страните не уговорят друго].</w:t>
      </w:r>
    </w:p>
    <w:p>
      <w:r>
        <w:t>(3) ПРОДАВАЧЪТ се задължава да осигури и представи пред нотариуса всички необходими документи, включително актуална данъчна оценка, скица/схема на имота, удостоверение за тежести и други изискуеми документи.</w:t>
      </w:r>
    </w:p>
    <w:p/>
    <w:p>
      <w:r>
        <w:rPr>
          <w:b/>
          <w:sz w:val="23"/>
        </w:rPr>
        <w:t>V. ЗАДЪЛЖЕНИЯ И ДЕКЛАРАЦИИ НА ПРОДАВАЧА</w:t>
      </w:r>
    </w:p>
    <w:p/>
    <w:p>
      <w:r>
        <w:t>Чл. 5. (1) ПРОДАВАЧЪТ декларира, че към датата на подписване на този договор е изключителен собственик на ИМОТА и че същият не е обременен с ипотеки, възбрани, вещни тежести, наеми, права на трети лица или други ограничения, освен изрично посочените: [ако има - опишете; ако няма - "няма такива"].</w:t>
      </w:r>
    </w:p>
    <w:p>
      <w:r>
        <w:t>(2) ПРОДАВАЧЪТ се задължава до сключване на окончателния договор да не се разпорежда с ИМОТА, да не го обременява с тежести и да го запази в състоянието, в което се намира към момента на подписване.</w:t>
      </w:r>
    </w:p>
    <w:p>
      <w:r>
        <w:t>(3) ПРОДАВАЧЪТ предава владението върху ИМОТА на КУПУВАЧА [при подписване на окончателния договор / на дата ..............].</w:t>
      </w:r>
    </w:p>
    <w:p/>
    <w:p>
      <w:r>
        <w:rPr>
          <w:b/>
          <w:sz w:val="23"/>
        </w:rPr>
        <w:t>VI. ЗАДЪЛЖЕНИЯ НА КУПУВАЧА</w:t>
      </w:r>
    </w:p>
    <w:p/>
    <w:p>
      <w:r>
        <w:t>Чл. 6. КУПУВАЧЪТ се задължава да заплати продажната цена по реда и в сроковете по раздел II и да се яви за сключване на окончателния договор в уговорения срок.</w:t>
      </w:r>
    </w:p>
    <w:p/>
    <w:p>
      <w:r>
        <w:rPr>
          <w:b/>
          <w:sz w:val="23"/>
        </w:rPr>
        <w:t>VII. НЕИЗПЪЛНЕНИЕ. ОБЯВЯВАНЕ ЗА ОКОНЧАТЕЛЕН</w:t>
      </w:r>
    </w:p>
    <w:p/>
    <w:p>
      <w:r>
        <w:t>Чл. 7. (1) Ако някоя от СТРАНИТЕ откаже да сключи окончателния договор в уговорения срок, изправната страна има право да предяви иск по чл. 19, ал. 3 от Закона за задълженията и договорите за обявяване на предварителния договор за окончателен.</w:t>
      </w:r>
    </w:p>
    <w:p>
      <w:r>
        <w:t>(2) Упражняването на правата по чл. 3 не лишава изправната страна от възможността да търси реално изпълнение по реда на предходната алинея.</w:t>
      </w:r>
    </w:p>
    <w:p/>
    <w:p>
      <w:r>
        <w:rPr>
          <w:b/>
          <w:sz w:val="23"/>
        </w:rPr>
        <w:t>VIII. ОБЩИ УСЛОВИЯ</w:t>
      </w:r>
    </w:p>
    <w:p/>
    <w:p>
      <w:r>
        <w:t>Чл. 8. (1) Всички изменения и допълнения на този договор са валидни, ако са направени в писмена форма и подписани от двете СТРАНИ.</w:t>
      </w:r>
    </w:p>
    <w:p>
      <w:r>
        <w:t>(2) За неуредените въпроси се прилагат разпоредбите на действащото българско законодателство.</w:t>
      </w:r>
    </w:p>
    <w:p>
      <w:r>
        <w:t>(3) Възникналите спорове СТРАНИТЕ уреждат чрез преговори, а при непостигане на съгласие - пред компетентния съд по местонахождението на ИМОТА.</w:t>
      </w:r>
    </w:p>
    <w:p>
      <w:r>
        <w:t>(4) Настоящият договор се състави и подписа в два еднообразни екземпляра - по един за всяка от СТРАНИТЕ.</w:t>
      </w:r>
    </w:p>
    <w:p/>
    <w:p>
      <w:r>
        <w:rPr>
          <w:b/>
          <w:sz w:val="23"/>
        </w:rPr>
        <w:t>ПОДПИСИ НА СТРАНИТЕ:</w:t>
      </w:r>
    </w:p>
    <w:p/>
    <w:p>
      <w:r>
        <w:rPr>
          <w:b/>
          <w:sz w:val="23"/>
        </w:rPr>
        <w:t>ПРОДАВАЧ: ...........................          КУПУВАЧ: ...........................</w:t>
      </w:r>
    </w:p>
    <w:p>
      <w:r>
        <w:t>([име])                                        ([име])</w:t>
      </w:r>
    </w:p>
    <w:p/>
    <w:p>
      <w:r>
        <w:t>Разписка за получен задатък:</w:t>
      </w:r>
    </w:p>
    <w:p>
      <w:r>
        <w:t>Долуподписаният ПРОДАВАЧ потвърждава, че получи от КУПУВАЧА задатък в размер на [сума] € ([сума с думи] евро).</w:t>
      </w:r>
    </w:p>
    <w:p/>
    <w:p>
      <w:r>
        <w:t>Дата: [дата]          ПРОДАВАЧ: ...........................</w:t>
      </w:r>
    </w:p>
    <w:p/>
    <w:p>
      <w:r>
        <w:rPr>
          <w:i/>
          <w:color w:val="64748B"/>
          <w:sz w:val="17"/>
        </w:rPr>
        <w:t>Този образец е с информативен характер и не представлява правен съвет. Конкретните обстоятелства при всяка сделка са различни. Преди подписване се консултирайте с адвокат или нотариус, който да съобрази договора с вашия случай и с действащото към момента законодателство. Безплатен образец от blogzapari.com. Проверено към 15.07.2026 г. Не е правен съвет.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