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color w:val="0E8A5F"/>
          <w:sz w:val="18"/>
        </w:rPr>
        <w:t>БЛОГ ЗА ПАРИ  |  blogzapari.com</w:t>
      </w:r>
    </w:p>
    <w:p>
      <w:pPr>
        <w:jc w:val="center"/>
      </w:pPr>
      <w:r>
        <w:rPr>
          <w:b/>
          <w:sz w:val="28"/>
        </w:rPr>
        <w:t>ДОГОВОР ЗА НАЕМ НА ОБОРУДВАНЕ</w:t>
      </w:r>
    </w:p>
    <w:p/>
    <w:p>
      <w:r>
        <w:t>Днес, [дата] г., в гр. [населено място], между:</w:t>
      </w:r>
    </w:p>
    <w:p/>
    <w:p>
      <w:r>
        <w:t>1. [Име на наемодателя / фирма], [ЕГН / ЕИК], със седалище и адрес [адрес / постоянен адрес], представляван от [име и длъжност на представителя, ако е фирма], наричан по-долу за краткост НАЕМОДАТЕЛ, от една страна,</w:t>
      </w:r>
    </w:p>
    <w:p/>
    <w:p>
      <w:r>
        <w:t>и</w:t>
      </w:r>
    </w:p>
    <w:p/>
    <w:p>
      <w:r>
        <w:t>2. [Име на наемателя / фирма], [ЕГН / ЕИК], със седалище и адрес [адрес / постоянен адрес], представляван от [име и длъжност на представителя, ако е фирма], наричан по-долу за краткост НАЕМАТЕЛ, от друга страна,</w:t>
      </w:r>
    </w:p>
    <w:p/>
    <w:p>
      <w:r>
        <w:t>се сключи настоящият договор за следното:</w:t>
      </w:r>
    </w:p>
    <w:p/>
    <w:p>
      <w:r>
        <w:rPr>
          <w:b/>
          <w:sz w:val="23"/>
        </w:rPr>
        <w:t>I. ПРЕДМЕТ НА ДОГОВОРА</w:t>
      </w:r>
    </w:p>
    <w:p/>
    <w:p>
      <w:r>
        <w:t>Чл. 1. (1) Наемодателят предоставя на Наемателя за временно и възмездно ползване следното оборудване (наричано по-долу "оборудването"):</w:t>
      </w:r>
    </w:p>
    <w:p>
      <w:r>
        <w:t>- наименование / вид: [описание на оборудването];</w:t>
      </w:r>
    </w:p>
    <w:p>
      <w:r>
        <w:t>- марка / модел: [марка и модел];</w:t>
      </w:r>
    </w:p>
    <w:p>
      <w:r>
        <w:t>- сериен / инвентарен номер: [номер, ако има];</w:t>
      </w:r>
    </w:p>
    <w:p>
      <w:r>
        <w:t>- количество: [брой];</w:t>
      </w:r>
    </w:p>
    <w:p>
      <w:r>
        <w:t>- окомплектовка и принадлежности: [изброяване на кабели, аксесоари, документация и др.].</w:t>
      </w:r>
    </w:p>
    <w:p>
      <w:r>
        <w:t>(2) Наемодателят декларира, че е собственик на оборудването или е надлежно оправомощен да го отдава под наем, и че върху него не тежат права на трети лица, които да пречат на ползването.</w:t>
      </w:r>
    </w:p>
    <w:p>
      <w:r>
        <w:t>(3) Оборудването се предоставя за ползване по предназначение: [цел на ползване].</w:t>
      </w:r>
    </w:p>
    <w:p/>
    <w:p>
      <w:r>
        <w:rPr>
          <w:b/>
          <w:sz w:val="23"/>
        </w:rPr>
        <w:t>II. СРОК НА ДОГОВОРА</w:t>
      </w:r>
    </w:p>
    <w:p/>
    <w:p>
      <w:r>
        <w:t>Чл. 2. (1) Договорът се сключва за срок от [брой] месеца/години, считано от [начална дата] до [крайна дата].</w:t>
      </w:r>
    </w:p>
    <w:p>
      <w:r>
        <w:t>(2) Ако към изтичане на срока никоя от страните не e поискала прекратяване, договорът се превръща в безсрочен и всяка от страните може да го прекрати с [брой] дни писмено предизвестие.</w:t>
      </w:r>
    </w:p>
    <w:p>
      <w:r>
        <w:t>(3) Наемният срок не може да надвишава десет години, освен ако сделката е търговска.</w:t>
      </w:r>
    </w:p>
    <w:p/>
    <w:p>
      <w:r>
        <w:rPr>
          <w:b/>
          <w:sz w:val="23"/>
        </w:rPr>
        <w:t>III. НАЕМНА ЦЕНА И НАЧИН НА ПЛАЩАНЕ</w:t>
      </w:r>
    </w:p>
    <w:p/>
    <w:p>
      <w:r>
        <w:t>Чл. 3. (1) Наемателят дължи наемна цена в размер на [сума] € ([словом]) за [период - месец/седмица/ден].</w:t>
      </w:r>
    </w:p>
    <w:p>
      <w:r>
        <w:t>(2) Наемната цена се заплаща до [ден] число на [текущия/следващия] период по следния начин: [в брой / по банкова сметка].</w:t>
      </w:r>
    </w:p>
    <w:p>
      <w:r>
        <w:t>(3) Банкова сметка на Наемодателя: IBAN [номер], банка [наименование].</w:t>
      </w:r>
    </w:p>
    <w:p>
      <w:r>
        <w:t>(4) При забава на плащане Наемателят дължи законна лихва за забава върху дължимата сума за периода на забавата.</w:t>
      </w:r>
    </w:p>
    <w:p>
      <w:r>
        <w:t>(5) Страните се съгласяват, че [сумите включват / не включват] ДДС, съгласно данъчния статут на Наемодателя.</w:t>
      </w:r>
    </w:p>
    <w:p/>
    <w:p>
      <w:r>
        <w:rPr>
          <w:b/>
          <w:sz w:val="23"/>
        </w:rPr>
        <w:t>IV. ДЕПОЗИТ (ГАРАНЦИЯ)</w:t>
      </w:r>
    </w:p>
    <w:p/>
    <w:p>
      <w:r>
        <w:t>Чл. 4. (1) При подписване на договора Наемателят внася на Наемодателя депозит в размер на [сума] € ([словом]) като обезпечение за изпълнение на задълженията си.</w:t>
      </w:r>
    </w:p>
    <w:p>
      <w:r>
        <w:t>(2) Депозитът се връща на Наемателя в срок до [брой] дни след връщане на оборудването в изправно състояние, като от него могат да бъдат удържани суми за неплатен наем, липси или вреди.</w:t>
      </w:r>
    </w:p>
    <w:p/>
    <w:p>
      <w:r>
        <w:rPr>
          <w:b/>
          <w:sz w:val="23"/>
        </w:rPr>
        <w:t>V. ПРЕДАВАНЕ И ПРИЕМАНЕ НА ОБОРУДВАНЕТО</w:t>
      </w:r>
    </w:p>
    <w:p/>
    <w:p>
      <w:r>
        <w:t>Чл. 5. (1) Оборудването се предава на Наемателя на [място на предаване] на [дата] в изправно и годно за ползване състояние.</w:t>
      </w:r>
    </w:p>
    <w:p>
      <w:r>
        <w:t>(2) За предаването и приемането страните съставят приемо-предавателен протокол, който описва състоянието на оборудването, показанията на измервателните уреди (при наличие) и всички видими недостатъци. Протоколът е неразделна част от договора (Приложение № 1).</w:t>
      </w:r>
    </w:p>
    <w:p>
      <w:r>
        <w:t>(3) С подписване на протокола Наемателят потвърждава, че е получил оборудването в описаното състояние.</w:t>
      </w:r>
    </w:p>
    <w:p/>
    <w:p>
      <w:r>
        <w:rPr>
          <w:b/>
          <w:sz w:val="23"/>
        </w:rPr>
        <w:t>VI. ПРАВА И ЗАДЪЛЖЕНИЯ НА НАЕМОДАТЕЛЯ</w:t>
      </w:r>
    </w:p>
    <w:p/>
    <w:p>
      <w:r>
        <w:t>Чл. 6. Наемодателят се задължава:</w:t>
      </w:r>
    </w:p>
    <w:p>
      <w:r>
        <w:t>1. да предаде оборудването в срок и в състояние, годно за уговореното ползване;</w:t>
      </w:r>
    </w:p>
    <w:p>
      <w:r>
        <w:t>2. да осигури спокойното и необезпокоявано ползване на оборудването за срока на договора;</w:t>
      </w:r>
    </w:p>
    <w:p>
      <w:r>
        <w:t>3. да отстранява за своя сметка повредите, които не се дължат на виновно поведение на Наемателя и не представляват дребни поправки по обичайното ползване.</w:t>
      </w:r>
    </w:p>
    <w:p/>
    <w:p>
      <w:r>
        <w:t>Чл. 7. Наемодателят има право:</w:t>
      </w:r>
    </w:p>
    <w:p>
      <w:r>
        <w:t>1. да получава наемната цена в уговорените срокове;</w:t>
      </w:r>
    </w:p>
    <w:p>
      <w:r>
        <w:t>2. да проверява състоянието и начина на ползване на оборудването след предварително уведомяване на Наемателя.</w:t>
      </w:r>
    </w:p>
    <w:p/>
    <w:p>
      <w:r>
        <w:rPr>
          <w:b/>
          <w:sz w:val="23"/>
        </w:rPr>
        <w:t>VII. ПРАВА И ЗАДЪЛЖЕНИЯ НА НАЕМАТЕЛЯ</w:t>
      </w:r>
    </w:p>
    <w:p/>
    <w:p>
      <w:r>
        <w:t>Чл. 8. Наемателят се задължава:</w:t>
      </w:r>
    </w:p>
    <w:p>
      <w:r>
        <w:t>1. да плаща наемната цена в уговорените срокове;</w:t>
      </w:r>
    </w:p>
    <w:p>
      <w:r>
        <w:t>2. да ползва оборудването с грижата на добър стопанин и само по предназначението, посочено в чл. 1, ал. 3;</w:t>
      </w:r>
    </w:p>
    <w:p>
      <w:r>
        <w:t>3. да извършва за своя сметка дребните поправки, свързани с обикновеното ползване (поддръжка, дребни консумативи и износване);</w:t>
      </w:r>
    </w:p>
    <w:p>
      <w:r>
        <w:t>4. да не преотдава оборудването под наем и да не го предоставя за ползване на трети лица без писмено съгласие на Наемодателя;</w:t>
      </w:r>
    </w:p>
    <w:p>
      <w:r>
        <w:t>5. да не премества оборудването на друг адрес и да не го изнася извън страната без писмено съгласие на Наемодателя;</w:t>
      </w:r>
    </w:p>
    <w:p>
      <w:r>
        <w:t>6. да уведоми незабавно Наемодателя за всяка повреда, липса, посегателство или претенция на трети лица;</w:t>
      </w:r>
    </w:p>
    <w:p>
      <w:r>
        <w:t>7. да върне оборудването при прекратяване на договора в състоянието, в което го е получил, като се отчита нормалното износване.</w:t>
      </w:r>
    </w:p>
    <w:p/>
    <w:p>
      <w:r>
        <w:t>Чл. 9. Наемателят няма право да извършва изменения или преработки на оборудването без писмено съгласие на Наемодателя.</w:t>
      </w:r>
    </w:p>
    <w:p/>
    <w:p>
      <w:r>
        <w:rPr>
          <w:b/>
          <w:sz w:val="23"/>
        </w:rPr>
        <w:t>VIII. ОТГОВОРНОСТ ЗА ВРЕДИ И РИСК</w:t>
      </w:r>
    </w:p>
    <w:p/>
    <w:p>
      <w:r>
        <w:t>Чл. 10. (1) От момента на предаването до връщането на оборудването рискът от случайно погиване, повреда, кражба или загуба се носи от Наемателя, освен ако вредите се дължат на скрити недостатъци или на виновно поведение на Наемодателя.</w:t>
      </w:r>
    </w:p>
    <w:p>
      <w:r>
        <w:t>(2) При повреда, липса или погиване по вина на Наемателя, той дължи възстановяване на оборудването или обезщетение в размер на стойността на ремонта, съответно на пазарната стойност на оборудването.</w:t>
      </w:r>
    </w:p>
    <w:p>
      <w:r>
        <w:t>(3) Страните могат да уговорят оборудването да бъде застраховано, като разноските за застраховката се поемат от [страна].</w:t>
      </w:r>
    </w:p>
    <w:p/>
    <w:p>
      <w:r>
        <w:rPr>
          <w:b/>
          <w:sz w:val="23"/>
        </w:rPr>
        <w:t>IX. ПРЕКРАТЯВАНЕ НА ДОГОВОРА</w:t>
      </w:r>
    </w:p>
    <w:p/>
    <w:p>
      <w:r>
        <w:t>Чл. 11. Договорът се прекратява:</w:t>
      </w:r>
    </w:p>
    <w:p>
      <w:r>
        <w:t>1. с изтичане на срока по чл. 2;</w:t>
      </w:r>
    </w:p>
    <w:p>
      <w:r>
        <w:t>2. по взаимно писмено съгласие на страните;</w:t>
      </w:r>
    </w:p>
    <w:p>
      <w:r>
        <w:t>3. с писмено предизвестие от [брой] дни при безсрочен договор;</w:t>
      </w:r>
    </w:p>
    <w:p>
      <w:r>
        <w:t>4. едностранно от изправната страна, без предизвестие, при съществено неизпълнение от другата страна, което не е отстранено в предоставен разумен срок;</w:t>
      </w:r>
    </w:p>
    <w:p>
      <w:r>
        <w:t>5. при погиване на оборудването.</w:t>
      </w:r>
    </w:p>
    <w:p/>
    <w:p>
      <w:r>
        <w:t>Чл. 12. Наемодателят може да развали договора без предизвестие, ако Наемателят забави плащането на две последователни вноски или ползва оборудването в нарушение на договора.</w:t>
      </w:r>
    </w:p>
    <w:p/>
    <w:p>
      <w:r>
        <w:rPr>
          <w:b/>
          <w:sz w:val="23"/>
        </w:rPr>
        <w:t>X. ЗАКЛЮЧИТЕЛНИ РАЗПОРЕДБИ</w:t>
      </w:r>
    </w:p>
    <w:p/>
    <w:p>
      <w:r>
        <w:t>Чл. 13. (1) Всички изменения и допълнения на договора се извършват в писмена форма, подписана от двете страни.</w:t>
      </w:r>
    </w:p>
    <w:p>
      <w:r>
        <w:t>(2) За неуредените въпроси се прилагат разпоредбите на Закона за задълженията и договорите и действащото българско законодателство.</w:t>
      </w:r>
    </w:p>
    <w:p>
      <w:r>
        <w:t>(3) Възникналите спорове страните решават чрез преговори, а при непостигане на съгласие - пред компетентния съд.</w:t>
      </w:r>
    </w:p>
    <w:p>
      <w:r>
        <w:t>(4) Уведомленията между страните се извършват на посочените в договора адреси и електронна поща: Наемодател [имейл], Наемател [имейл]. Промяна на адрес се съобщава писмено.</w:t>
      </w:r>
    </w:p>
    <w:p/>
    <w:p>
      <w:r>
        <w:t>Чл. 14. Настоящият договор се състави и подписа в два еднообразни екземпляра - по един за всяка от страните.</w:t>
      </w:r>
    </w:p>
    <w:p/>
    <w:p>
      <w:r>
        <w:t>Приложения:</w:t>
      </w:r>
    </w:p>
    <w:p>
      <w:r>
        <w:t>1. Приемо-предавателен протокол (Приложение № 1).</w:t>
      </w:r>
    </w:p>
    <w:p/>
    <w:p>
      <w:r>
        <w:rPr>
          <w:b/>
          <w:sz w:val="23"/>
        </w:rPr>
        <w:t>ЗА НАЕМОДАТЕЛ:                                ЗА НАЕМАТЕЛ:</w:t>
      </w:r>
    </w:p>
    <w:p/>
    <w:p>
      <w:r>
        <w:t>.............................                 .............................</w:t>
      </w:r>
    </w:p>
    <w:p>
      <w:r>
        <w:t>[име и подпис]                               [име и подпис]</w:t>
      </w:r>
    </w:p>
    <w:p/>
    <w:p>
      <w:r>
        <w:rPr>
          <w:i/>
          <w:color w:val="64748B"/>
          <w:sz w:val="17"/>
        </w:rPr>
        <w:t>Това е примерен образец за типови случаи, а не правен съвет. При по-висока стойност на оборудването, специфични условия или възникнал спор се консултирайте с юрист или счетоводител. Безплатен образец от blogzapari.com. Проверено към 15.07.2026 г. Не е правен съвет.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