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0E8A5F"/>
          <w:sz w:val="18"/>
        </w:rPr>
        <w:t>БЛОГ ЗА ПАРИ  |  blogzapari.com</w:t>
      </w:r>
    </w:p>
    <w:p>
      <w:pPr>
        <w:jc w:val="center"/>
      </w:pPr>
      <w:r>
        <w:rPr>
          <w:b/>
          <w:sz w:val="28"/>
        </w:rPr>
        <w:t>ДОГОВОР ЗА НАЕМ НА ГАРАЖ</w:t>
      </w:r>
    </w:p>
    <w:p/>
    <w:p>
      <w:r>
        <w:t>Днес, [дата], в гр. [населено място], между:</w:t>
      </w:r>
    </w:p>
    <w:p/>
    <w:p>
      <w:r>
        <w:t>1. [трите имена на наемодателя / наименование на фирмата], ЕГН / ЕИК [ЕГН или ЕИК], с постоянен адрес / седалище и адрес на управление: [пълен адрес], [лична карта № .......... / представлявано от ..........], наричан по-долу за краткост НАЕМОДАТЕЛ, от една страна,</w:t>
      </w:r>
    </w:p>
    <w:p/>
    <w:p>
      <w:r>
        <w:t>и</w:t>
      </w:r>
    </w:p>
    <w:p/>
    <w:p>
      <w:r>
        <w:t>2. [трите имена на наемателя / наименование на фирмата], ЕГН / ЕИК [ЕГН или ЕИК], с постоянен адрес / седалище и адрес на управление: [пълен адрес], [лична карта № .......... / представлявано от ..........], наричан по-долу за краткост НАЕМАТЕЛ, от друга страна,</w:t>
      </w:r>
    </w:p>
    <w:p/>
    <w:p>
      <w:r>
        <w:t>наричани заедно СТРАНИ, се сключи настоящият договор за следното:</w:t>
      </w:r>
    </w:p>
    <w:p/>
    <w:p>
      <w:r>
        <w:rPr>
          <w:b/>
          <w:sz w:val="23"/>
        </w:rPr>
        <w:t>I. ПРЕДМЕТ НА ДОГОВОРА</w:t>
      </w:r>
    </w:p>
    <w:p/>
    <w:p>
      <w:r>
        <w:t>Чл. 1. (1) НАЕМОДАТЕЛЯТ предоставя на НАЕМАТЕЛЯ за временно и възмездно ползване следния собствен недвижим имот: гараж с площ [.....] кв.м, находящ се в гр. [населено място], [пълен адрес на гаража / местоположение в сграда, вход, ниво], идентификатор по кадастрална карта [кадастрален идентификатор, ако е наличен], наричан по-долу ГАРАЖЪТ.</w:t>
      </w:r>
    </w:p>
    <w:p/>
    <w:p>
      <w:r>
        <w:t>(2) НАЕМОДАТЕЛЯТ декларира, че е собственик на ГАРАЖА, съгласно [документ за собственост - нотариален акт № .........., том .........., дело .......... / друго основание], и че ГАРАЖЪТ не е обременен с права на трети лица, които биха попречили на ползването му по този договор.</w:t>
      </w:r>
    </w:p>
    <w:p/>
    <w:p>
      <w:r>
        <w:t>(3) ГАРАЖЪТ ще се използва от НАЕМАТЕЛЯ единствено за [предназначение - гариране на лек автомобил / съхранение на движими вещи / друго]. НАЕМАТЕЛЯТ няма право да ползва ГАРАЖА за друго предназначение без писменото съгласие на НАЕМОДАТЕЛЯ.</w:t>
      </w:r>
    </w:p>
    <w:p/>
    <w:p>
      <w:r>
        <w:rPr>
          <w:b/>
          <w:sz w:val="23"/>
        </w:rPr>
        <w:t>II. СРОК НА ДОГОВОРА</w:t>
      </w:r>
    </w:p>
    <w:p/>
    <w:p>
      <w:r>
        <w:t>Чл. 2. (1) Договорът се сключва за срок от [брой] месеца / години, считано от [начална дата] до [крайна дата].</w:t>
      </w:r>
    </w:p>
    <w:p/>
    <w:p>
      <w:r>
        <w:t>(2) Договорът може да бъде продължен за нов срок с писмено споразумение между страните.</w:t>
      </w:r>
    </w:p>
    <w:p/>
    <w:p>
      <w:r>
        <w:t>(3) Ако след изтичане на срока НАЕМАТЕЛЯТ продължи да ползва ГАРАЖА със знанието и без противопоставяне на НАЕМОДАТЕЛЯ, договорът се счита за продължен за неопределен срок при същите условия.</w:t>
      </w:r>
    </w:p>
    <w:p/>
    <w:p>
      <w:r>
        <w:rPr>
          <w:b/>
          <w:sz w:val="23"/>
        </w:rPr>
        <w:t>III. НАЕМНА ЦЕНА И НАЧИН НА ПЛАЩАНЕ</w:t>
      </w:r>
    </w:p>
    <w:p/>
    <w:p>
      <w:r>
        <w:t>Чл. 3. (1) Месечната наемна цена за ползване на ГАРАЖА е в размер на [сума] евро (€).</w:t>
      </w:r>
    </w:p>
    <w:p/>
    <w:p>
      <w:r>
        <w:t>(2) НАЕМАТЕЛЯТ заплаща наемната цена в срок до [.....] число на месеца, за който се дължи, по следния начин: [в брой срещу разписка / по банкова сметка IBAN: ..........].</w:t>
      </w:r>
    </w:p>
    <w:p/>
    <w:p>
      <w:r>
        <w:t>(3) Консумативните разходи за [ток / вода / такса поддръжка на комплекса / друго], свързани с ползването на ГАРАЖА, са за сметка на [НАЕМАТЕЛЯ / НАЕМОДАТЕЛЯ] и се заплащат [начин и срок].</w:t>
      </w:r>
    </w:p>
    <w:p/>
    <w:p>
      <w:r>
        <w:t>(4) При забава в плащането на наемната цена НАЕМАТЕЛЯТ дължи законна лихва за забава върху дължимата сума за периода на забавата.</w:t>
      </w:r>
    </w:p>
    <w:p/>
    <w:p>
      <w:r>
        <w:rPr>
          <w:b/>
          <w:sz w:val="23"/>
        </w:rPr>
        <w:t>IV. ДЕПОЗИТ</w:t>
      </w:r>
    </w:p>
    <w:p/>
    <w:p>
      <w:r>
        <w:t>Чл. 4. (1) При подписване на договора НАЕМАТЕЛЯТ заплаща на НАЕМОДАТЕЛЯ депозит (гаранция) в размер на [сума] евро (€).</w:t>
      </w:r>
    </w:p>
    <w:p/>
    <w:p>
      <w:r>
        <w:t>(2) Депозитът служи за обезпечаване на задълженията на НАЕМАТЕЛЯ по договора и се връща в срок до [.....] дни след прекратяване на договора и предаване на ГАРАЖА, след приспадане на неплатени суми и стойността на причинени щети, ако има такива.</w:t>
      </w:r>
    </w:p>
    <w:p/>
    <w:p>
      <w:r>
        <w:t>(3) Депозитът не се смята за предплатен наем, освен ако страните изрично не се договорят за това в писмена форма.</w:t>
      </w:r>
    </w:p>
    <w:p/>
    <w:p>
      <w:r>
        <w:rPr>
          <w:b/>
          <w:sz w:val="23"/>
        </w:rPr>
        <w:t>V. ПРАВА И ЗАДЪЛЖЕНИЯ НА НАЕМОДАТЕЛЯ</w:t>
      </w:r>
    </w:p>
    <w:p/>
    <w:p>
      <w:r>
        <w:t>Чл. 5. (1) НАЕМОДАТЕЛЯТ се задължава:</w:t>
      </w:r>
    </w:p>
    <w:p>
      <w:r>
        <w:t>1. да предаде ГАРАЖА в състояние, годно за уговореното ползване, което се удостоверява с приемо-предавателен протокол;</w:t>
      </w:r>
    </w:p>
    <w:p>
      <w:r>
        <w:t>2. да осигури на НАЕМАТЕЛЯ необезпокоявано ползване на ГАРАЖА за срока на договора;</w:t>
      </w:r>
    </w:p>
    <w:p>
      <w:r>
        <w:t>3. да отстранява за своя сметка повредите, които не се дължат на виновно поведение на НАЕМАТЕЛЯ и които пречат на нормалното ползване на ГАРАЖА.</w:t>
      </w:r>
    </w:p>
    <w:p/>
    <w:p>
      <w:r>
        <w:t>(2) НАЕМОДАТЕЛЯТ има право да получава уговорената наемна цена в срок, както и да проверява състоянието на ГАРАЖА след предварително уведомяване на НАЕМАТЕЛЯ.</w:t>
      </w:r>
    </w:p>
    <w:p/>
    <w:p>
      <w:r>
        <w:rPr>
          <w:b/>
          <w:sz w:val="23"/>
        </w:rPr>
        <w:t>VI. ПРАВА И ЗАДЪЛЖЕНИЯ НА НАЕМАТЕЛЯ</w:t>
      </w:r>
    </w:p>
    <w:p/>
    <w:p>
      <w:r>
        <w:t>Чл. 6. (1) НАЕМАТЕЛЯТ се задължава:</w:t>
      </w:r>
    </w:p>
    <w:p>
      <w:r>
        <w:t>1. да заплаща наемната цена и дължимите консумативи в уговорените срокове;</w:t>
      </w:r>
    </w:p>
    <w:p>
      <w:r>
        <w:t>2. да ползва ГАРАЖА с грижата на добър стопанин и само по предназначението, посочено в чл. 1, ал. 3;</w:t>
      </w:r>
    </w:p>
    <w:p>
      <w:r>
        <w:t>3. да извършва за своя сметка дребните поправки, свързани с обикновеното ползване на ГАРАЖА;</w:t>
      </w:r>
    </w:p>
    <w:p>
      <w:r>
        <w:t>4. да не преотдава ГАРАЖА или част от него на трети лица без писменото съгласие на НАЕМОДАТЕЛЯ;</w:t>
      </w:r>
    </w:p>
    <w:p>
      <w:r>
        <w:t>5. да съобщава незабавно на НАЕМОДАТЕЛЯ за всяка повреда или посегателство върху ГАРАЖА;</w:t>
      </w:r>
    </w:p>
    <w:p>
      <w:r>
        <w:t>6. да върне ГАРАЖА при прекратяване на договора в състоянието, в което го е приел, като се отчита нормалното изхабяване при обикновено ползване.</w:t>
      </w:r>
    </w:p>
    <w:p/>
    <w:p>
      <w:r>
        <w:t>(2) НАЕМАТЕЛЯТ отговаря за вредите, причинени на ГАРАЖА по негова вина или по вина на лица, на които е предоставил достъп.</w:t>
      </w:r>
    </w:p>
    <w:p/>
    <w:p>
      <w:r>
        <w:rPr>
          <w:b/>
          <w:sz w:val="23"/>
        </w:rPr>
        <w:t>VII. ПРЕКРАТЯВАНЕ НА ДОГОВОРА</w:t>
      </w:r>
    </w:p>
    <w:p/>
    <w:p>
      <w:r>
        <w:t>Чл. 7. (1) Договорът се прекратява:</w:t>
      </w:r>
    </w:p>
    <w:p>
      <w:r>
        <w:t>1. с изтичане на уговорения срок;</w:t>
      </w:r>
    </w:p>
    <w:p>
      <w:r>
        <w:t>2. по взаимно писмено съгласие на страните;</w:t>
      </w:r>
    </w:p>
    <w:p>
      <w:r>
        <w:t>3. с [.....]-месечно / [.....]-дневно писмено предизвестие от всяка от страните, когато договорът е за неопределен срок;</w:t>
      </w:r>
    </w:p>
    <w:p>
      <w:r>
        <w:t>4. при погиване на ГАРАЖА.</w:t>
      </w:r>
    </w:p>
    <w:p/>
    <w:p>
      <w:r>
        <w:t>(2) Изправната страна има право да развали договора при неизпълнение на съществено задължение от другата страна след писмено предупреждение с подходящ срок за изпълнение.</w:t>
      </w:r>
    </w:p>
    <w:p/>
    <w:p>
      <w:r>
        <w:t>(3) НАЕМОДАТЕЛЯТ може да прекрати договора без предизвестие при забава в плащането на наемната цена повече от [.....] дни или при ползване на ГАРАЖА в нарушение на договореното предназначение.</w:t>
      </w:r>
    </w:p>
    <w:p/>
    <w:p>
      <w:r>
        <w:t>(4) При прекратяване на договора НАЕМАТЕЛЯТ предава ГАРАЖА с приемо-предавателен протокол, като връща и предоставените ключи и дистанционни устройства.</w:t>
      </w:r>
    </w:p>
    <w:p/>
    <w:p>
      <w:r>
        <w:rPr>
          <w:b/>
          <w:sz w:val="23"/>
        </w:rPr>
        <w:t>VIII. ОБЩИ РАЗПОРЕДБИ</w:t>
      </w:r>
    </w:p>
    <w:p/>
    <w:p>
      <w:r>
        <w:t>Чл. 8. (1) Всички изменения и допълнения на този договор се извършват в писмена форма с подписите на двете страни.</w:t>
      </w:r>
    </w:p>
    <w:p/>
    <w:p>
      <w:r>
        <w:t>(2) За неуредените в договора въпроси се прилагат разпоредбите на Закона за задълженията и договорите и действащото българско законодателство.</w:t>
      </w:r>
    </w:p>
    <w:p/>
    <w:p>
      <w:r>
        <w:t>(3) Възникналите спорове се решават чрез преговори между страните, а при непостигане на съгласие - от компетентния български съд.</w:t>
      </w:r>
    </w:p>
    <w:p/>
    <w:p>
      <w:r>
        <w:t>(4) Договорът се състави и подписа в два еднообразни екземпляра - по един за всяка от страните.</w:t>
      </w:r>
    </w:p>
    <w:p/>
    <w:p>
      <w:r>
        <w:t>Неразделна част от този договор е Приемо-предавателен протокол за състоянието на ГАРАЖА към датата на предаването.</w:t>
      </w:r>
    </w:p>
    <w:p/>
    <w:p>
      <w:r>
        <w:rPr>
          <w:b/>
          <w:sz w:val="23"/>
        </w:rPr>
        <w:t>ПОДПИСИ НА СТРАНИТЕ:</w:t>
      </w:r>
    </w:p>
    <w:p/>
    <w:p>
      <w:r>
        <w:rPr>
          <w:b/>
          <w:sz w:val="23"/>
        </w:rPr>
        <w:t>НАЕМОДАТЕЛ: ..............................</w:t>
      </w:r>
    </w:p>
    <w:p>
      <w:r>
        <w:t>[име и подпис]</w:t>
      </w:r>
    </w:p>
    <w:p/>
    <w:p>
      <w:r>
        <w:rPr>
          <w:b/>
          <w:sz w:val="23"/>
        </w:rPr>
        <w:t>НАЕМАТЕЛ: ..............................</w:t>
      </w:r>
    </w:p>
    <w:p>
      <w:r>
        <w:t>[име и подпис]</w:t>
      </w:r>
    </w:p>
    <w:p/>
    <w:p>
      <w:r>
        <w:rPr>
          <w:i/>
          <w:color w:val="64748B"/>
          <w:sz w:val="17"/>
        </w:rPr>
        <w:t>Това е примерен образец за типови случаи и не представлява правен съвет. При специфична или спорна ситуация консултирайте се с адвокат преди подписване. Безплатен образец от blogzapari.com. Проверено към 15.07.2026 г. Не е правен съвет.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