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color w:val="0E8A5F"/>
          <w:sz w:val="18"/>
        </w:rPr>
        <w:t>БЛОГ ЗА ПАРИ  |  blogzapari.com</w:t>
      </w:r>
    </w:p>
    <w:p>
      <w:pPr>
        <w:jc w:val="center"/>
      </w:pPr>
      <w:r>
        <w:rPr>
          <w:b/>
          <w:sz w:val="28"/>
        </w:rPr>
        <w:t>ДОГОВОР ЗА ИЗРАБОТКА</w:t>
      </w:r>
    </w:p>
    <w:p/>
    <w:p>
      <w:r>
        <w:t>Днес, [дата], в гр. [населено място], между:</w:t>
      </w:r>
    </w:p>
    <w:p/>
    <w:p>
      <w:r>
        <w:t>1. [Име на възложителя / наименование на фирмата], [ЕГН / ЕИК], с адрес / седалище и адрес на управление: [адрес], представлявано от [име на представителя], в качеството на [длъжност/качество], наричан по-долу за краткост ВЪЗЛОЖИТЕЛ, от една страна,</w:t>
      </w:r>
    </w:p>
    <w:p/>
    <w:p>
      <w:r>
        <w:t>и</w:t>
      </w:r>
    </w:p>
    <w:p/>
    <w:p>
      <w:r>
        <w:t>2. [Име на изпълнителя / наименование на фирмата], [ЕГН / ЕИК], с адрес / седалище и адрес на управление: [адрес], представлявано от [име на представителя], в качеството на [длъжност/качество], наричан по-долу за краткост ИЗПЪЛНИТЕЛ, от друга страна,</w:t>
      </w:r>
    </w:p>
    <w:p/>
    <w:p>
      <w:r>
        <w:t>наричани заедно СТРАНИТЕ, се сключи настоящият договор за следното:</w:t>
      </w:r>
    </w:p>
    <w:p/>
    <w:p>
      <w:r>
        <w:rPr>
          <w:b/>
          <w:sz w:val="23"/>
        </w:rPr>
        <w:t>I. ПРЕДМЕТ НА ДОГОВОРА</w:t>
      </w:r>
    </w:p>
    <w:p/>
    <w:p>
      <w:r>
        <w:t>1.1. ВЪЗЛОЖИТЕЛЯТ възлага, а ИЗПЪЛНИТЕЛЯТ приема да изработи на свой риск и със свои средства, съгласно поръчката на ВЪЗЛОЖИТЕЛЯ, следното: [подробно описание на вещта, работата или услугата, която ще се изработи/извърши], наричано по-долу РАБОТАТА.</w:t>
      </w:r>
    </w:p>
    <w:p>
      <w:r>
        <w:t>1.2. Техническите характеристики, обемът, количеството и другите изисквания към РАБОТАТА са подробно описани в Приложение № 1 (Техническо задание/Спецификация), което е неразделна част от настоящия договор.</w:t>
      </w:r>
    </w:p>
    <w:p>
      <w:r>
        <w:t>1.3. ИЗПЪЛНИТЕЛЯТ извършва РАБОТАТА самостоятелно, със собствена организация на труда, и не е в трудово правоотношение с ВЪЗЛОЖИТЕЛЯ.</w:t>
      </w:r>
    </w:p>
    <w:p/>
    <w:p>
      <w:r>
        <w:rPr>
          <w:b/>
          <w:sz w:val="23"/>
        </w:rPr>
        <w:t>II. МАТЕРИАЛИ</w:t>
      </w:r>
    </w:p>
    <w:p/>
    <w:p>
      <w:r>
        <w:t>2.1. РАБОТАТА се извършва с материали на [ИЗПЪЛНИТЕЛЯ / ВЪЗЛОЖИТЕЛЯ].</w:t>
      </w:r>
    </w:p>
    <w:p>
      <w:r>
        <w:t>2.2. Когато материалите се предоставят от ВЪЗЛОЖИТЕЛЯ, ИЗПЪЛНИТЕЛЯТ е длъжен да ги използва по установения ред и икономично, да даде отчет за изразходването им и да върне остатъка. ИЗПЪЛНИТЕЛЯТ отговаря за загубата или повредата на предоставените материали, ако не се дължат на причина, за която той не отговаря.</w:t>
      </w:r>
    </w:p>
    <w:p>
      <w:r>
        <w:t>2.3. Ако при започване или в хода на работата ИЗПЪЛНИТЕЛЯТ установи, че предоставените материали или дадените указания са негодни за правилно изпълнение, той е длъжен незабавно да предупреди писмено ВЪЗЛОЖИТЕЛЯ и да поиска съответна промяна, като в противен случай отговаря за причинените вреди.</w:t>
      </w:r>
    </w:p>
    <w:p/>
    <w:p>
      <w:r>
        <w:rPr>
          <w:b/>
          <w:sz w:val="23"/>
        </w:rPr>
        <w:t>III. СРОК ЗА ИЗПЪЛНЕНИЕ</w:t>
      </w:r>
    </w:p>
    <w:p/>
    <w:p>
      <w:r>
        <w:t>3.1. ИЗПЪЛНИТЕЛЯТ се задължава да изпълни РАБОТАТА в срок до [краен срок / брой дни] от [подписване на договора / предаване на материалите / друго събитие].</w:t>
      </w:r>
    </w:p>
    <w:p>
      <w:r>
        <w:t>3.2. При наличие на междинни етапи, сроковете за изпълнението им се уговарят в Приложение № 1.</w:t>
      </w:r>
    </w:p>
    <w:p>
      <w:r>
        <w:t>3.3. Срокът се удължава съответно при забава на ВЪЗЛОЖИТЕЛЯ да предостави материали, указания или дължимо съдействие, както и при непреодолима сила.</w:t>
      </w:r>
    </w:p>
    <w:p/>
    <w:p>
      <w:r>
        <w:rPr>
          <w:b/>
          <w:sz w:val="23"/>
        </w:rPr>
        <w:t>IV. ВЪЗНАГРАЖДЕНИЕ И НАЧИН НА ПЛАЩАНЕ</w:t>
      </w:r>
    </w:p>
    <w:p/>
    <w:p>
      <w:r>
        <w:t>4.1. За извършването на РАБОТАТА ВЪЗЛОЖИТЕЛЯТ дължи на ИЗПЪЛНИТЕЛЯ възнаграждение в размер на [сума] € ([сумата словом] евро), [с включен / без] ДДС.</w:t>
      </w:r>
    </w:p>
    <w:p>
      <w:r>
        <w:t>4.2. Възнаграждението се заплаща, както следва: [напр. авансово плащане в размер на [сума] € при подписване на договора и окончателно плащане в размер на [сума] € в срок до [брой] дни след приемане на РАБОТАТА].</w:t>
      </w:r>
    </w:p>
    <w:p>
      <w:r>
        <w:t>4.3. Плащанията се извършват по банкова сметка на ИЗПЪЛНИТЕЛЯ: IBAN [номер], банка [наименование], или в брой съгласно приложимите законови ограничения.</w:t>
      </w:r>
    </w:p>
    <w:p>
      <w:r>
        <w:t>4.4. Ако през време на изпълнението уговорената в проект и сметка цена на РАБОТАТА бъде значително надхвърлена не по вина на ИЗПЪЛНИТЕЛЯ, всяка от страните може да поиска съответно изменение на възнаграждението или прекратяване на договора по реда на чл. 266, ал. 2 от ЗЗД.</w:t>
      </w:r>
    </w:p>
    <w:p/>
    <w:p>
      <w:r>
        <w:rPr>
          <w:b/>
          <w:sz w:val="23"/>
        </w:rPr>
        <w:t>V. ПРАВА И ЗАДЪЛЖЕНИЯ НА ИЗПЪЛНИТЕЛЯ</w:t>
      </w:r>
    </w:p>
    <w:p/>
    <w:p>
      <w:r>
        <w:t>5.1. ИЗПЪЛНИТЕЛЯТ се задължава:</w:t>
      </w:r>
    </w:p>
    <w:p>
      <w:r>
        <w:t>а) да извърши РАБОТАТА качествено, съобразно поръчката и уговореното в договора и приложенията, без отклонения и без недостатъци, които намаляват стойността или годността ѝ за обичайното или предвиденото в договора предназначение;</w:t>
      </w:r>
    </w:p>
    <w:p>
      <w:r>
        <w:t>б) да спазва уговорените срокове;</w:t>
      </w:r>
    </w:p>
    <w:p>
      <w:r>
        <w:t>в) да предупреди своевременно ВЪЗЛОЖИТЕЛЯ за всички обстоятелства, които могат да осуетят или затруднят изпълнението;</w:t>
      </w:r>
    </w:p>
    <w:p>
      <w:r>
        <w:t>г) да предаде на ВЪЗЛОЖИТЕЛЯ изработеното.</w:t>
      </w:r>
    </w:p>
    <w:p>
      <w:r>
        <w:t>5.2. ИЗПЪЛНИТЕЛЯТ има право да получи уговореното възнаграждение при изпълнение на РАБОТАТА.</w:t>
      </w:r>
    </w:p>
    <w:p>
      <w:r>
        <w:t>5.3. ИЗПЪЛНИТЕЛЯТ [има / няма] право да възложи изпълнението на РАБОТАТА или на части от нея на трети лица (подизпълнители), като в този случай отговаря за действията им като за свои.</w:t>
      </w:r>
    </w:p>
    <w:p/>
    <w:p>
      <w:r>
        <w:rPr>
          <w:b/>
          <w:sz w:val="23"/>
        </w:rPr>
        <w:t>VI. ПРАВА И ЗАДЪЛЖЕНИЯ НА ВЪЗЛОЖИТЕЛЯ</w:t>
      </w:r>
    </w:p>
    <w:p/>
    <w:p>
      <w:r>
        <w:t>6.1. ВЪЗЛОЖИТЕЛЯТ се задължава:</w:t>
      </w:r>
    </w:p>
    <w:p>
      <w:r>
        <w:t>а) да предостави на ИЗПЪЛНИТЕЛЯ необходимите материали, документи, указания и съдействие, когато това е уговорено;</w:t>
      </w:r>
    </w:p>
    <w:p>
      <w:r>
        <w:t>б) да приеме извършената съгласно договора РАБОТА;</w:t>
      </w:r>
    </w:p>
    <w:p>
      <w:r>
        <w:t>в) да заплати уговореното възнаграждение в договорените срокове.</w:t>
      </w:r>
    </w:p>
    <w:p>
      <w:r>
        <w:t>6.2. ВЪЗЛОЖИТЕЛЯТ има право по всяко време да проверява изпълнението на РАБОТАТА, стига да не пречи на ИЗПЪЛНИТЕЛЯ.</w:t>
      </w:r>
    </w:p>
    <w:p/>
    <w:p>
      <w:r>
        <w:rPr>
          <w:b/>
          <w:sz w:val="23"/>
        </w:rPr>
        <w:t>VII. ПРЕДАВАНЕ И ПРИЕМАНЕ НА РАБОТАТА</w:t>
      </w:r>
    </w:p>
    <w:p/>
    <w:p>
      <w:r>
        <w:t>7.1. ИЗПЪЛНИТЕЛЯТ е длъжен да предаде извършената РАБОТА, а ВЪЗЛОЖИТЕЛЯТ да я прегледа и приеме.</w:t>
      </w:r>
    </w:p>
    <w:p>
      <w:r>
        <w:t>7.2. Предаването и приемането се удостоверяват с двустранно подписан приемо-предавателен протокол.</w:t>
      </w:r>
    </w:p>
    <w:p>
      <w:r>
        <w:t>7.3. При приемане ВЪЗЛОЖИТЕЛЯТ е длъжен да прегледа РАБОТАТА и да направи всички възражения за неправилно изпълнение незабавно, освен ако се касае за скрити недостатъци. Ако не направи такива възражения, РАБОТАТА се смята за приета.</w:t>
      </w:r>
    </w:p>
    <w:p/>
    <w:p>
      <w:r>
        <w:rPr>
          <w:b/>
          <w:sz w:val="23"/>
        </w:rPr>
        <w:t>VIII. ГАРАНЦИЯ И ОТГОВОРНОСТ ЗА НЕДОСТАТЪЦИ</w:t>
      </w:r>
    </w:p>
    <w:p/>
    <w:p>
      <w:r>
        <w:t>8.1. ИЗПЪЛНИТЕЛЯТ отговаря за недостатъци на изработеното. При констатирани недостатъци ВЪЗЛОЖИТЕЛЯТ може да иска по свой избор: поправяне на РАБОТАТА в подходящ срок без заплащане; заплащане на разходите за поправката; или съответно намаление на възнаграждението.</w:t>
      </w:r>
    </w:p>
    <w:p>
      <w:r>
        <w:t>8.2. Ако отклонението от поръчката или недостатъците са толкова съществени, че РАБОТАТА е негодна за нейното договорно или обичайно предназначение, ВЪЗЛОЖИТЕЛЯТ може да развали договора.</w:t>
      </w:r>
    </w:p>
    <w:p>
      <w:r>
        <w:t>8.3. Гаранционният срок за изработеното е [брой месеци/години] от датата на приемане, доколкото такъв е приложим за естеството на РАБОТАТА.</w:t>
      </w:r>
    </w:p>
    <w:p/>
    <w:p>
      <w:r>
        <w:rPr>
          <w:b/>
          <w:sz w:val="23"/>
        </w:rPr>
        <w:t>IX. НЕУСТОЙКИ</w:t>
      </w:r>
    </w:p>
    <w:p/>
    <w:p>
      <w:r>
        <w:t>9.1. При забава в изпълнението ИЗПЪЛНИТЕЛЯТ дължи неустойка в размер на [процент] % от стойността на неизпълнената част за всеки просрочен ден, но не повече от [процент] % от общото възнаграждение.</w:t>
      </w:r>
    </w:p>
    <w:p>
      <w:r>
        <w:t>9.2. При забава в плащането ВЪЗЛОЖИТЕЛЯТ дължи неустойка в размер на [процент] % от дължимата сума за всеки просрочен ден, но не повече от [процент] % от нея.</w:t>
      </w:r>
    </w:p>
    <w:p>
      <w:r>
        <w:t>9.3. Заплащането на неустойка не лишава изправната страна от правото да търси обезщетение за претърпените вреди в по-голям размер.</w:t>
      </w:r>
    </w:p>
    <w:p/>
    <w:p>
      <w:r>
        <w:rPr>
          <w:b/>
          <w:sz w:val="23"/>
        </w:rPr>
        <w:t>X. РИСК</w:t>
      </w:r>
    </w:p>
    <w:p/>
    <w:p>
      <w:r>
        <w:t>10.1. До приемане на РАБОТАТА рискът от случайното погиване или повреждане на материала се носи от страната, която го е дала, а рискът за изработеното се носи от ИЗПЪЛНИТЕЛЯ, освен в случаите по чл. 267 от ЗЗД.</w:t>
      </w:r>
    </w:p>
    <w:p>
      <w:r>
        <w:t>10.2. Ако изпълнението на РАБОТАТА стане невъзможно поради причина, за която никоя от страните не отговаря, ИЗПЪЛНИТЕЛЯТ няма право на възнаграждение. Ако вече е получил нещо, връща го. Ако част от работата е била изпълнена и може да бъде полезна за ВЪЗЛОЖИТЕЛЯ, ИЗПЪЛНИТЕЛЯТ има право на съответната част от възнаграждението.</w:t>
      </w:r>
    </w:p>
    <w:p/>
    <w:p>
      <w:r>
        <w:rPr>
          <w:b/>
          <w:sz w:val="23"/>
        </w:rPr>
        <w:t>XI. ПРЕКРАТЯВАНЕ НА ДОГОВОРА</w:t>
      </w:r>
    </w:p>
    <w:p/>
    <w:p>
      <w:r>
        <w:t>11.1. Настоящият договор се прекратява: с изпълнението му; по взаимно съгласие на страните, изразено писмено; при настъпване на непреодолима сила, продължила повече от [брой] дни.</w:t>
      </w:r>
    </w:p>
    <w:p>
      <w:r>
        <w:t>11.2. ВЪЗЛОЖИТЕЛЯТ може по всяко време до завършване на РАБОТАТА едностранно да се откаже от договора, като заплати на ИЗПЪЛНИТЕЛЯ направените разходи, извършената работа и печалбата, която той би получил от изпълнението на РАБОТАТА.</w:t>
      </w:r>
    </w:p>
    <w:p>
      <w:r>
        <w:t>11.3. Договорът за изработка не се прекратява със смъртта на ИЗПЪЛНИТЕЛЯ, освен ако е бил сключен с оглед на неговата личност.</w:t>
      </w:r>
    </w:p>
    <w:p/>
    <w:p>
      <w:r>
        <w:rPr>
          <w:b/>
          <w:sz w:val="23"/>
        </w:rPr>
        <w:t>XII. ЗАКЛЮЧИТЕЛНИ РАЗПОРЕДБИ</w:t>
      </w:r>
    </w:p>
    <w:p/>
    <w:p>
      <w:r>
        <w:t>12.1. За всички неуредени в настоящия договор въпроси се прилагат разпоредбите на Закона за задълженията и договорите (чл. 258-269 и общите правила) и действащото българско законодателство.</w:t>
      </w:r>
    </w:p>
    <w:p>
      <w:r>
        <w:t>12.2. Всички изменения и допълнения на договора се извършват в писмена форма, подписана от двете страни.</w:t>
      </w:r>
    </w:p>
    <w:p>
      <w:r>
        <w:t>12.3. Възникналите спорове страните уреждат чрез преговори и взаимно съгласие, а при непостигане на съгласие - по съдебен ред пред компетентния съд.</w:t>
      </w:r>
    </w:p>
    <w:p>
      <w:r>
        <w:t>12.4. Кореспонденцията между страните се води на посочените в договора адреси / електронни адреси: за ВЪЗЛОЖИТЕЛЯ - [e-mail], за ИЗПЪЛНИТЕЛЯ - [e-mail].</w:t>
      </w:r>
    </w:p>
    <w:p>
      <w:r>
        <w:t>12.5. Настоящият договор се състави и подписа в два еднообразни екземпляра - по един за всяка от страните.</w:t>
      </w:r>
    </w:p>
    <w:p/>
    <w:p>
      <w:r>
        <w:t>Приложения:</w:t>
      </w:r>
    </w:p>
    <w:p>
      <w:r>
        <w:t>Приложение № 1 - Техническо задание/Спецификация;</w:t>
      </w:r>
    </w:p>
    <w:p>
      <w:r>
        <w:t>Приложение № 2 - [други, ако е приложимо].</w:t>
      </w:r>
    </w:p>
    <w:p/>
    <w:p>
      <w:r>
        <w:rPr>
          <w:b/>
          <w:sz w:val="23"/>
        </w:rPr>
        <w:t>ЗА ВЪЗЛОЖИТЕЛЯ:                                    ЗА ИЗПЪЛНИТЕЛЯ:</w:t>
      </w:r>
    </w:p>
    <w:p/>
    <w:p>
      <w:r>
        <w:t>_______________________                            _______________________</w:t>
      </w:r>
    </w:p>
    <w:p>
      <w:r>
        <w:t>[име и подпис]                                     [име и подпис]</w:t>
      </w:r>
    </w:p>
    <w:p/>
    <w:p>
      <w:r>
        <w:rPr>
          <w:i/>
          <w:color w:val="64748B"/>
          <w:sz w:val="17"/>
        </w:rPr>
        <w:t>Това е примерен образец за типови случаи и има само информационна цел, не представлява правен съвет. При по-сложна или спорна ситуация, голям материален интерес или специфични изисквания се консултирайте с адвокат преди подписване. Безплатен образец от blogzapari.com. Проверено към 15.07.2026 г. Не е правен съвет.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